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Quiz Corso Antincendio</w:t>
      </w:r>
    </w:p>
    <w:p>
      <w:r>
        <w:rPr>
          <w:b/>
          <w:color w:val="B87A00"/>
        </w:rPr>
        <w:t>Camardo Formazione · Addetti antincendio · DM 2 settembre 2021 · D.Lgs. 81/08</w:t>
      </w:r>
    </w:p>
    <w:p>
      <w:r>
        <w:t>348 domande dalla banca del corso: livelli 1, 2, 3 e aggiornamenti, divise per blocco. Le soluzioni con la spiegazione sono in fondo, separate dalle domande, così le prime pagine si possono stampare per i corsisti.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3F0E6"/>
          </w:tcPr>
          <w:p>
            <w:r>
              <w:t>Nome e cognome:</w:t>
              <w:br/>
              <w:br/>
            </w:r>
          </w:p>
        </w:tc>
        <w:tc>
          <w:tcPr>
            <w:tcW w:type="dxa" w:w="3213"/>
            <w:shd w:val="clear" w:color="auto" w:fill="F3F0E6"/>
          </w:tcPr>
          <w:p>
            <w:r>
              <w:t>Data:</w:t>
              <w:br/>
              <w:br/>
            </w:r>
          </w:p>
        </w:tc>
        <w:tc>
          <w:tcPr>
            <w:tcW w:type="dxa" w:w="3213"/>
            <w:shd w:val="clear" w:color="auto" w:fill="F3F0E6"/>
          </w:tcPr>
          <w:p>
            <w:r>
              <w:t>Punteggio:</w:t>
              <w:br/>
              <w:br/>
            </w:r>
          </w:p>
        </w:tc>
      </w:tr>
    </w:tbl>
    <w:p/>
    <w:p>
      <w:r>
        <w:rPr>
          <w:b/>
        </w:rPr>
        <w:t xml:space="preserve">Contenuto: </w:t>
      </w:r>
      <w:r>
        <w:t>192 scelta multipla · 31 completa la frase · 86 vero o falso · 30 scenario · 9 metti in ordine</w:t>
      </w:r>
    </w:p>
    <w:p>
      <w:pPr>
        <w:pStyle w:val="Heading1"/>
      </w:pPr>
      <w:r>
        <w:t>Livello 1 (e base di tutti i livelli)</w:t>
      </w:r>
    </w:p>
    <w:p>
      <w:pPr>
        <w:pStyle w:val="Heading2"/>
      </w:pPr>
      <w:r>
        <w:t>Blocco A · Incendio, prevenzione, protezione ed evacuazione</w:t>
      </w:r>
    </w:p>
    <w:p>
      <w:pPr>
        <w:keepNext/>
        <w:spacing w:before="160"/>
      </w:pPr>
      <w:r>
        <w:rPr>
          <w:b/>
          <w:color w:val="B87A00"/>
        </w:rPr>
        <w:t xml:space="preserve">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Chi designa gli addetti antincendio?</w:t>
      </w:r>
    </w:p>
    <w:p>
      <w:pPr>
        <w:keepNext/>
        <w:spacing w:after="0"/>
        <w:ind w:left="454"/>
      </w:pPr>
      <w:r>
        <w:t>☐  A) Il datore di lavoro, per iscritto</w:t>
      </w:r>
    </w:p>
    <w:p>
      <w:pPr>
        <w:keepNext/>
        <w:spacing w:after="0"/>
        <w:ind w:left="454"/>
      </w:pPr>
      <w:r>
        <w:t>☐  B) Il rappresentante dei lavoratori</w:t>
      </w:r>
    </w:p>
    <w:p>
      <w:pPr>
        <w:keepNext/>
        <w:spacing w:after="0"/>
        <w:ind w:left="454"/>
      </w:pPr>
      <w:r>
        <w:t>☐  C) I Vigili del Fuoco</w:t>
      </w:r>
    </w:p>
    <w:p>
      <w:pPr>
        <w:keepNext w:val="0"/>
        <w:spacing w:after="0"/>
        <w:ind w:left="454"/>
      </w:pPr>
      <w:r>
        <w:t>☐  D) Il medico competente</w:t>
      </w:r>
    </w:p>
    <w:p>
      <w:pPr>
        <w:keepNext/>
        <w:spacing w:before="160"/>
      </w:pPr>
      <w:r>
        <w:rPr>
          <w:b/>
          <w:color w:val="B87A00"/>
        </w:rPr>
        <w:t xml:space="preserve">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Quanto dura il corso per addetti di livello 1?</w:t>
      </w:r>
    </w:p>
    <w:p>
      <w:pPr>
        <w:keepNext/>
        <w:spacing w:after="0"/>
        <w:ind w:left="454"/>
      </w:pPr>
      <w:r>
        <w:t>☐  A) 2 ore di sola teoria</w:t>
      </w:r>
    </w:p>
    <w:p>
      <w:pPr>
        <w:keepNext/>
        <w:spacing w:after="0"/>
        <w:ind w:left="454"/>
      </w:pPr>
      <w:r>
        <w:t>☐  B) 4 ore: 2 di teoria e 2 di pratica</w:t>
      </w:r>
    </w:p>
    <w:p>
      <w:pPr>
        <w:keepNext/>
        <w:spacing w:after="0"/>
        <w:ind w:left="454"/>
      </w:pPr>
      <w:r>
        <w:t>☐  C) 16 ore: 12 di teoria e 4 di pratica</w:t>
      </w:r>
    </w:p>
    <w:p>
      <w:pPr>
        <w:keepNext w:val="0"/>
        <w:spacing w:after="0"/>
        <w:ind w:left="454"/>
      </w:pPr>
      <w:r>
        <w:t>☐  D) 8 ore: 5 di teoria e 3 di pratica</w:t>
      </w:r>
    </w:p>
    <w:p>
      <w:pPr>
        <w:keepNext/>
        <w:spacing w:before="160"/>
      </w:pPr>
      <w:r>
        <w:rPr>
          <w:b/>
          <w:color w:val="B87A00"/>
        </w:rPr>
        <w:t xml:space="preserve">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Ogni quanto va aggiornata la formazione degli addetti antincendio?</w:t>
      </w:r>
    </w:p>
    <w:p>
      <w:pPr>
        <w:keepNext/>
        <w:spacing w:after="0"/>
        <w:ind w:left="454"/>
      </w:pPr>
      <w:r>
        <w:t>☐  A) Ogni dieci anni</w:t>
      </w:r>
    </w:p>
    <w:p>
      <w:pPr>
        <w:keepNext/>
        <w:spacing w:after="0"/>
        <w:ind w:left="454"/>
      </w:pPr>
      <w:r>
        <w:t>☐  B) Almeno ogni cinque anni</w:t>
      </w:r>
    </w:p>
    <w:p>
      <w:pPr>
        <w:keepNext/>
        <w:spacing w:after="0"/>
        <w:ind w:left="454"/>
      </w:pPr>
      <w:r>
        <w:t>☐  C) Ogni anno</w:t>
      </w:r>
    </w:p>
    <w:p>
      <w:pPr>
        <w:keepNext w:val="0"/>
        <w:spacing w:after="0"/>
        <w:ind w:left="454"/>
      </w:pPr>
      <w:r>
        <w:t>☐  D) Solo se cambia la normativa</w:t>
      </w:r>
    </w:p>
    <w:p>
      <w:pPr>
        <w:keepNext/>
        <w:spacing w:before="160"/>
      </w:pPr>
      <w:r>
        <w:rPr>
          <w:b/>
          <w:color w:val="B87A00"/>
        </w:rPr>
        <w:t xml:space="preserve">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Quali sono i tre elementi del triangolo del fuoco?</w:t>
      </w:r>
    </w:p>
    <w:p>
      <w:pPr>
        <w:keepNext/>
        <w:spacing w:after="0"/>
        <w:ind w:left="454"/>
      </w:pPr>
      <w:r>
        <w:t>☐  A) Combustibile, comburente, innesco</w:t>
      </w:r>
    </w:p>
    <w:p>
      <w:pPr>
        <w:keepNext/>
        <w:spacing w:after="0"/>
        <w:ind w:left="454"/>
      </w:pPr>
      <w:r>
        <w:t>☐  B) Ossigeno, azoto, anidride carbonica</w:t>
      </w:r>
    </w:p>
    <w:p>
      <w:pPr>
        <w:keepNext/>
        <w:spacing w:after="0"/>
        <w:ind w:left="454"/>
      </w:pPr>
      <w:r>
        <w:t>☐  C) Acqua, aria, terra</w:t>
      </w:r>
    </w:p>
    <w:p>
      <w:pPr>
        <w:keepNext w:val="0"/>
        <w:spacing w:after="0"/>
        <w:ind w:left="454"/>
      </w:pPr>
      <w:r>
        <w:t>☐  D) Fumo, calore, fiamma</w:t>
      </w:r>
    </w:p>
    <w:p>
      <w:pPr>
        <w:keepNext/>
        <w:spacing w:before="160"/>
      </w:pPr>
      <w:r>
        <w:rPr>
          <w:b/>
          <w:color w:val="B87A00"/>
        </w:rPr>
        <w:t xml:space="preserve">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quarto elemento del tetraedro del fuoco è:</w:t>
      </w:r>
    </w:p>
    <w:p>
      <w:pPr>
        <w:keepNext/>
        <w:spacing w:after="0"/>
        <w:ind w:left="454"/>
      </w:pPr>
      <w:r>
        <w:t>☐  A) Il fumo</w:t>
      </w:r>
    </w:p>
    <w:p>
      <w:pPr>
        <w:keepNext/>
        <w:spacing w:after="0"/>
        <w:ind w:left="454"/>
      </w:pPr>
      <w:r>
        <w:t>☐  B) La pressione</w:t>
      </w:r>
    </w:p>
    <w:p>
      <w:pPr>
        <w:keepNext/>
        <w:spacing w:after="0"/>
        <w:ind w:left="454"/>
      </w:pPr>
      <w:r>
        <w:t>☐  C) La reazione a catena</w:t>
      </w:r>
    </w:p>
    <w:p>
      <w:pPr>
        <w:keepNext w:val="0"/>
        <w:spacing w:after="0"/>
        <w:ind w:left="454"/>
      </w:pPr>
      <w:r>
        <w:t>☐  D) L'umidità</w:t>
      </w:r>
    </w:p>
    <w:p>
      <w:pPr>
        <w:keepNext/>
        <w:spacing w:before="160"/>
      </w:pPr>
      <w:r>
        <w:rPr>
          <w:b/>
          <w:color w:val="B87A00"/>
        </w:rPr>
        <w:t xml:space="preserve">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punto di infiammabilità di un liquido è:</w:t>
      </w:r>
    </w:p>
    <w:p>
      <w:pPr>
        <w:keepNext/>
        <w:spacing w:after="0"/>
        <w:ind w:left="454"/>
      </w:pPr>
      <w:r>
        <w:t>☐  A) La temperatura della fiamma</w:t>
      </w:r>
    </w:p>
    <w:p>
      <w:pPr>
        <w:keepNext/>
        <w:spacing w:after="0"/>
        <w:ind w:left="454"/>
      </w:pPr>
      <w:r>
        <w:t>☐  B) La temperatura a cui si accende da solo</w:t>
      </w:r>
    </w:p>
    <w:p>
      <w:pPr>
        <w:keepNext/>
        <w:spacing w:after="0"/>
        <w:ind w:left="454"/>
      </w:pPr>
      <w:r>
        <w:t>☐  C) La temperatura minima a cui emette vapori che si accendono con un innesco</w:t>
      </w:r>
    </w:p>
    <w:p>
      <w:pPr>
        <w:keepNext w:val="0"/>
        <w:spacing w:after="0"/>
        <w:ind w:left="454"/>
      </w:pPr>
      <w:r>
        <w:t>☐  D) La temperatura a cui il liquido bolle</w:t>
      </w:r>
    </w:p>
    <w:p>
      <w:pPr>
        <w:keepNext/>
        <w:spacing w:before="160"/>
      </w:pPr>
      <w:r>
        <w:rPr>
          <w:b/>
          <w:color w:val="B87A00"/>
        </w:rPr>
        <w:t xml:space="preserve">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GPL, in caso di perdita, tende a:</w:t>
      </w:r>
    </w:p>
    <w:p>
      <w:pPr>
        <w:keepNext/>
        <w:spacing w:after="0"/>
        <w:ind w:left="454"/>
      </w:pPr>
      <w:r>
        <w:t>☐  A) Trasformarsi in acqua</w:t>
      </w:r>
    </w:p>
    <w:p>
      <w:pPr>
        <w:keepNext/>
        <w:spacing w:after="0"/>
        <w:ind w:left="454"/>
      </w:pPr>
      <w:r>
        <w:t>☐  B) Salire verso il soffitto</w:t>
      </w:r>
    </w:p>
    <w:p>
      <w:pPr>
        <w:keepNext/>
        <w:spacing w:after="0"/>
        <w:ind w:left="454"/>
      </w:pPr>
      <w:r>
        <w:t>☐  C) Accumularsi verso il basso</w:t>
      </w:r>
    </w:p>
    <w:p>
      <w:pPr>
        <w:keepNext w:val="0"/>
        <w:spacing w:after="0"/>
        <w:ind w:left="454"/>
      </w:pPr>
      <w:r>
        <w:t>☐  D) Disperdersi subito anche al chiuso</w:t>
      </w:r>
    </w:p>
    <w:p>
      <w:pPr>
        <w:keepNext/>
        <w:spacing w:before="160"/>
      </w:pPr>
      <w:r>
        <w:rPr>
          <w:b/>
          <w:color w:val="B87A00"/>
        </w:rPr>
        <w:t xml:space="preserve">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Qual è la prima causa di morte negli incendi in edifici?</w:t>
      </w:r>
    </w:p>
    <w:p>
      <w:pPr>
        <w:keepNext/>
        <w:spacing w:after="0"/>
        <w:ind w:left="454"/>
      </w:pPr>
      <w:r>
        <w:t>☐  A) Il crollo delle strutture</w:t>
      </w:r>
    </w:p>
    <w:p>
      <w:pPr>
        <w:keepNext/>
        <w:spacing w:after="0"/>
        <w:ind w:left="454"/>
      </w:pPr>
      <w:r>
        <w:t>☐  B) Le ustioni da fiamma</w:t>
      </w:r>
    </w:p>
    <w:p>
      <w:pPr>
        <w:keepNext/>
        <w:spacing w:after="0"/>
        <w:ind w:left="454"/>
      </w:pPr>
      <w:r>
        <w:t>☐  C) Le esplosioni</w:t>
      </w:r>
    </w:p>
    <w:p>
      <w:pPr>
        <w:keepNext w:val="0"/>
        <w:spacing w:after="0"/>
        <w:ind w:left="454"/>
      </w:pPr>
      <w:r>
        <w:t>☐  D) L'inalazione di fumo e gas tossici</w:t>
      </w:r>
    </w:p>
    <w:p>
      <w:pPr>
        <w:keepNext/>
        <w:spacing w:before="160"/>
      </w:pPr>
      <w:r>
        <w:rPr>
          <w:b/>
          <w:color w:val="B87A00"/>
        </w:rPr>
        <w:t xml:space="preserve">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monossido di carbonio è pericoloso perché:</w:t>
      </w:r>
    </w:p>
    <w:p>
      <w:pPr>
        <w:keepNext/>
        <w:spacing w:after="0"/>
        <w:ind w:left="454"/>
      </w:pPr>
      <w:r>
        <w:t>☐  A) Impedisce al sangue di trasportare ossigeno ed è inodore</w:t>
      </w:r>
    </w:p>
    <w:p>
      <w:pPr>
        <w:keepNext/>
        <w:spacing w:after="0"/>
        <w:ind w:left="454"/>
      </w:pPr>
      <w:r>
        <w:t>☐  B) Ha un odore forte che stordisce</w:t>
      </w:r>
    </w:p>
    <w:p>
      <w:pPr>
        <w:keepNext/>
        <w:spacing w:after="0"/>
        <w:ind w:left="454"/>
      </w:pPr>
      <w:r>
        <w:t>☐  C) Brucia la pelle</w:t>
      </w:r>
    </w:p>
    <w:p>
      <w:pPr>
        <w:keepNext w:val="0"/>
        <w:spacing w:after="0"/>
        <w:ind w:left="454"/>
      </w:pPr>
      <w:r>
        <w:t>☐  D) È solo irritante per gli occhi</w:t>
      </w:r>
    </w:p>
    <w:p>
      <w:pPr>
        <w:keepNext/>
        <w:spacing w:before="160"/>
      </w:pPr>
      <w:r>
        <w:rPr>
          <w:b/>
          <w:color w:val="B87A00"/>
        </w:rPr>
        <w:t xml:space="preserve">10.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flashover è:</w:t>
      </w:r>
    </w:p>
    <w:p>
      <w:pPr>
        <w:keepNext/>
        <w:spacing w:after="0"/>
        <w:ind w:left="454"/>
      </w:pPr>
      <w:r>
        <w:t>☐  A) Un tipo di estintore</w:t>
      </w:r>
    </w:p>
    <w:p>
      <w:pPr>
        <w:keepNext/>
        <w:spacing w:after="0"/>
        <w:ind w:left="454"/>
      </w:pPr>
      <w:r>
        <w:t>☐  B) L'accensione quasi simultanea di tutti i materiali di un locale</w:t>
      </w:r>
    </w:p>
    <w:p>
      <w:pPr>
        <w:keepNext/>
        <w:spacing w:after="0"/>
        <w:ind w:left="454"/>
      </w:pPr>
      <w:r>
        <w:t>☐  C) Il primo principio d'incendio</w:t>
      </w:r>
    </w:p>
    <w:p>
      <w:pPr>
        <w:keepNext w:val="0"/>
        <w:spacing w:after="0"/>
        <w:ind w:left="454"/>
      </w:pPr>
      <w:r>
        <w:t>☐  D) Lo spegnimento naturale</w:t>
      </w:r>
    </w:p>
    <w:p>
      <w:pPr>
        <w:keepNext/>
        <w:spacing w:before="160"/>
      </w:pPr>
      <w:r>
        <w:rPr>
          <w:b/>
          <w:color w:val="B87A00"/>
        </w:rPr>
        <w:t xml:space="preserve">11.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classe di fuoco F riguarda:</w:t>
      </w:r>
    </w:p>
    <w:p>
      <w:pPr>
        <w:keepNext/>
        <w:spacing w:after="0"/>
        <w:ind w:left="454"/>
      </w:pPr>
      <w:r>
        <w:t>☐  A) Gas infiammabili</w:t>
      </w:r>
    </w:p>
    <w:p>
      <w:pPr>
        <w:keepNext/>
        <w:spacing w:after="0"/>
        <w:ind w:left="454"/>
      </w:pPr>
      <w:r>
        <w:t>☐  B) Solidi che formano braci</w:t>
      </w:r>
    </w:p>
    <w:p>
      <w:pPr>
        <w:keepNext/>
        <w:spacing w:after="0"/>
        <w:ind w:left="454"/>
      </w:pPr>
      <w:r>
        <w:t>☐  C) Oli e grassi da cucina</w:t>
      </w:r>
    </w:p>
    <w:p>
      <w:pPr>
        <w:keepNext w:val="0"/>
        <w:spacing w:after="0"/>
        <w:ind w:left="454"/>
      </w:pPr>
      <w:r>
        <w:t>☐  D) Metalli</w:t>
      </w:r>
    </w:p>
    <w:p>
      <w:pPr>
        <w:keepNext/>
        <w:spacing w:before="160"/>
      </w:pPr>
      <w:r>
        <w:rPr>
          <w:b/>
          <w:color w:val="B87A00"/>
        </w:rPr>
        <w:t xml:space="preserve">12.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Su un incendio di gas che esce da una tubazione, prima di spegnere la fiamma bisogna:</w:t>
      </w:r>
    </w:p>
    <w:p>
      <w:pPr>
        <w:keepNext/>
        <w:spacing w:after="0"/>
        <w:ind w:left="454"/>
      </w:pPr>
      <w:r>
        <w:t>☐  A) Coprirla con un telo</w:t>
      </w:r>
    </w:p>
    <w:p>
      <w:pPr>
        <w:keepNext/>
        <w:spacing w:after="0"/>
        <w:ind w:left="454"/>
      </w:pPr>
      <w:r>
        <w:t>☐  B) Chiudere la valvola di intercettazione</w:t>
      </w:r>
    </w:p>
    <w:p>
      <w:pPr>
        <w:keepNext/>
        <w:spacing w:after="0"/>
        <w:ind w:left="454"/>
      </w:pPr>
      <w:r>
        <w:t>☐  C) Bagnarla con acqua</w:t>
      </w:r>
    </w:p>
    <w:p>
      <w:pPr>
        <w:keepNext w:val="0"/>
        <w:spacing w:after="0"/>
        <w:ind w:left="454"/>
      </w:pPr>
      <w:r>
        <w:t>☐  D) Aprire le finestre e aspettare</w:t>
      </w:r>
    </w:p>
    <w:p>
      <w:pPr>
        <w:keepNext/>
        <w:spacing w:before="160"/>
      </w:pPr>
      <w:r>
        <w:rPr>
          <w:b/>
          <w:color w:val="B87A00"/>
        </w:rPr>
        <w:t xml:space="preserve">13.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L'acqua NON va usata su:</w:t>
      </w:r>
    </w:p>
    <w:p>
      <w:pPr>
        <w:keepNext/>
        <w:spacing w:after="0"/>
        <w:ind w:left="454"/>
      </w:pPr>
      <w:r>
        <w:t>☐  A) Apparecchi sotto tensione e oli da cucina</w:t>
      </w:r>
    </w:p>
    <w:p>
      <w:pPr>
        <w:keepNext/>
        <w:spacing w:after="0"/>
        <w:ind w:left="454"/>
      </w:pPr>
      <w:r>
        <w:t>☐  B) Cartone</w:t>
      </w:r>
    </w:p>
    <w:p>
      <w:pPr>
        <w:keepNext/>
        <w:spacing w:after="0"/>
        <w:ind w:left="454"/>
      </w:pPr>
      <w:r>
        <w:t>☐  C) Tessuti</w:t>
      </w:r>
    </w:p>
    <w:p>
      <w:pPr>
        <w:keepNext w:val="0"/>
        <w:spacing w:after="0"/>
        <w:ind w:left="454"/>
      </w:pPr>
      <w:r>
        <w:t>☐  D) Carta e legno</w:t>
      </w:r>
    </w:p>
    <w:p>
      <w:pPr>
        <w:keepNext/>
        <w:spacing w:before="160"/>
      </w:pPr>
      <w:r>
        <w:rPr>
          <w:b/>
          <w:color w:val="B87A00"/>
        </w:rPr>
        <w:t xml:space="preserve">14.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polvere chimica spegne soprattutto per:</w:t>
      </w:r>
    </w:p>
    <w:p>
      <w:pPr>
        <w:keepNext/>
        <w:spacing w:after="0"/>
        <w:ind w:left="454"/>
      </w:pPr>
      <w:r>
        <w:t>☐  A) Separazione</w:t>
      </w:r>
    </w:p>
    <w:p>
      <w:pPr>
        <w:keepNext/>
        <w:spacing w:after="0"/>
        <w:ind w:left="454"/>
      </w:pPr>
      <w:r>
        <w:t>☐  B) Raffreddamento</w:t>
      </w:r>
    </w:p>
    <w:p>
      <w:pPr>
        <w:keepNext/>
        <w:spacing w:after="0"/>
        <w:ind w:left="454"/>
      </w:pPr>
      <w:r>
        <w:t>☐  C) Inibizione della reazione a catena</w:t>
      </w:r>
    </w:p>
    <w:p>
      <w:pPr>
        <w:keepNext w:val="0"/>
        <w:spacing w:after="0"/>
        <w:ind w:left="454"/>
      </w:pPr>
      <w:r>
        <w:t>☐  D) Diluizione</w:t>
      </w:r>
    </w:p>
    <w:p>
      <w:pPr>
        <w:keepNext/>
        <w:spacing w:before="160"/>
      </w:pPr>
      <w:r>
        <w:rPr>
          <w:b/>
          <w:color w:val="B87A00"/>
        </w:rPr>
        <w:t xml:space="preserve">15.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Quale estintore è più adatto per un quadro elettrico sotto tensione?</w:t>
      </w:r>
    </w:p>
    <w:p>
      <w:pPr>
        <w:keepNext/>
        <w:spacing w:after="0"/>
        <w:ind w:left="454"/>
      </w:pPr>
      <w:r>
        <w:t>☐  A) Acqua</w:t>
      </w:r>
    </w:p>
    <w:p>
      <w:pPr>
        <w:keepNext/>
        <w:spacing w:after="0"/>
        <w:ind w:left="454"/>
      </w:pPr>
      <w:r>
        <w:t>☐  B) Schiuma</w:t>
      </w:r>
    </w:p>
    <w:p>
      <w:pPr>
        <w:keepNext/>
        <w:spacing w:after="0"/>
        <w:ind w:left="454"/>
      </w:pPr>
      <w:r>
        <w:t>☐  C) Sabbia bagnata</w:t>
      </w:r>
    </w:p>
    <w:p>
      <w:pPr>
        <w:keepNext w:val="0"/>
        <w:spacing w:after="0"/>
        <w:ind w:left="454"/>
      </w:pPr>
      <w:r>
        <w:t>☐  D) Anidride carbonica</w:t>
      </w:r>
    </w:p>
    <w:p>
      <w:pPr>
        <w:keepNext/>
        <w:spacing w:before="160"/>
      </w:pPr>
      <w:r>
        <w:rPr>
          <w:b/>
          <w:color w:val="B87A00"/>
        </w:rPr>
        <w:t xml:space="preserve">16.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capacità estinguente 34A 233B indica:</w:t>
      </w:r>
    </w:p>
    <w:p>
      <w:pPr>
        <w:keepNext/>
        <w:spacing w:after="0"/>
        <w:ind w:left="454"/>
      </w:pPr>
      <w:r>
        <w:t>☐  A) La pressione interna</w:t>
      </w:r>
    </w:p>
    <w:p>
      <w:pPr>
        <w:keepNext/>
        <w:spacing w:after="0"/>
        <w:ind w:left="454"/>
      </w:pPr>
      <w:r>
        <w:t>☐  B) La data di revisione</w:t>
      </w:r>
    </w:p>
    <w:p>
      <w:pPr>
        <w:keepNext/>
        <w:spacing w:after="0"/>
        <w:ind w:left="454"/>
      </w:pPr>
      <w:r>
        <w:t>☐  C) Le dimensioni dei fuochi standard spenti in prova</w:t>
      </w:r>
    </w:p>
    <w:p>
      <w:pPr>
        <w:keepNext w:val="0"/>
        <w:spacing w:after="0"/>
        <w:ind w:left="454"/>
      </w:pPr>
      <w:r>
        <w:t>☐  D) Il peso dell'estintore</w:t>
      </w:r>
    </w:p>
    <w:p>
      <w:pPr>
        <w:keepNext/>
        <w:spacing w:before="160"/>
      </w:pPr>
      <w:r>
        <w:rPr>
          <w:b/>
          <w:color w:val="B87A00"/>
        </w:rPr>
        <w:t xml:space="preserve">17.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estintore a polvere da 6 kg si scarica in circa:</w:t>
      </w:r>
    </w:p>
    <w:p>
      <w:pPr>
        <w:keepNext/>
        <w:spacing w:after="0"/>
        <w:ind w:left="454"/>
      </w:pPr>
      <w:r>
        <w:t>☐  A) 10-15 secondi</w:t>
      </w:r>
    </w:p>
    <w:p>
      <w:pPr>
        <w:keepNext/>
        <w:spacing w:after="0"/>
        <w:ind w:left="454"/>
      </w:pPr>
      <w:r>
        <w:t>☐  B) 1 secondo</w:t>
      </w:r>
    </w:p>
    <w:p>
      <w:pPr>
        <w:keepNext/>
        <w:spacing w:after="0"/>
        <w:ind w:left="454"/>
      </w:pPr>
      <w:r>
        <w:t>☐  C) 2 minuti</w:t>
      </w:r>
    </w:p>
    <w:p>
      <w:pPr>
        <w:keepNext w:val="0"/>
        <w:spacing w:after="0"/>
        <w:ind w:left="454"/>
      </w:pPr>
      <w:r>
        <w:t>☐  D) 5 minuti</w:t>
      </w:r>
    </w:p>
    <w:p>
      <w:pPr>
        <w:keepNext/>
        <w:spacing w:before="160"/>
      </w:pPr>
      <w:r>
        <w:rPr>
          <w:b/>
          <w:color w:val="B87A00"/>
        </w:rPr>
        <w:t xml:space="preserve">18.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getto dell'estintore va diretto:</w:t>
      </w:r>
    </w:p>
    <w:p>
      <w:pPr>
        <w:keepNext/>
        <w:spacing w:after="0"/>
        <w:ind w:left="454"/>
      </w:pPr>
      <w:r>
        <w:t>☐  A) Verso il soffitto</w:t>
      </w:r>
    </w:p>
    <w:p>
      <w:pPr>
        <w:keepNext/>
        <w:spacing w:after="0"/>
        <w:ind w:left="454"/>
      </w:pPr>
      <w:r>
        <w:t>☐  B) Sulla punta delle fiamme</w:t>
      </w:r>
    </w:p>
    <w:p>
      <w:pPr>
        <w:keepNext/>
        <w:spacing w:after="0"/>
        <w:ind w:left="454"/>
      </w:pPr>
      <w:r>
        <w:t>☐  C) Alla base delle fiamme</w:t>
      </w:r>
    </w:p>
    <w:p>
      <w:pPr>
        <w:keepNext w:val="0"/>
        <w:spacing w:after="0"/>
        <w:ind w:left="454"/>
      </w:pPr>
      <w:r>
        <w:t>☐  D) Nel fumo sopra il fuoco</w:t>
      </w:r>
    </w:p>
    <w:p>
      <w:pPr>
        <w:keepNext/>
        <w:spacing w:before="160"/>
      </w:pPr>
      <w:r>
        <w:rPr>
          <w:b/>
          <w:color w:val="B87A00"/>
        </w:rPr>
        <w:t xml:space="preserve">19.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Due addetti che intervengono insieme si posizionano:</w:t>
      </w:r>
    </w:p>
    <w:p>
      <w:pPr>
        <w:keepNext/>
        <w:spacing w:after="0"/>
        <w:ind w:left="454"/>
      </w:pPr>
      <w:r>
        <w:t>☐  A) Uno di fronte all'altro</w:t>
      </w:r>
    </w:p>
    <w:p>
      <w:pPr>
        <w:keepNext/>
        <w:spacing w:after="0"/>
        <w:ind w:left="454"/>
      </w:pPr>
      <w:r>
        <w:t>☐  B) Uno dietro l'altro</w:t>
      </w:r>
    </w:p>
    <w:p>
      <w:pPr>
        <w:keepNext/>
        <w:spacing w:after="0"/>
        <w:ind w:left="454"/>
      </w:pPr>
      <w:r>
        <w:t>☐  C) In punti opposti del locale</w:t>
      </w:r>
    </w:p>
    <w:p>
      <w:pPr>
        <w:keepNext w:val="0"/>
        <w:spacing w:after="0"/>
        <w:ind w:left="454"/>
      </w:pPr>
      <w:r>
        <w:t>☐  D) Affiancati o a 90 gradi</w:t>
      </w:r>
    </w:p>
    <w:p>
      <w:pPr>
        <w:keepNext/>
        <w:spacing w:before="160"/>
      </w:pPr>
      <w:r>
        <w:rPr>
          <w:b/>
          <w:color w:val="B87A00"/>
        </w:rPr>
        <w:t xml:space="preserve">20.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Qual è il primo gesto corretto davanti a un incendio?</w:t>
      </w:r>
    </w:p>
    <w:p>
      <w:pPr>
        <w:keepNext/>
        <w:spacing w:after="0"/>
        <w:ind w:left="454"/>
      </w:pPr>
      <w:r>
        <w:t>☐  A) Prendere un estintore senza dire nulla</w:t>
      </w:r>
    </w:p>
    <w:p>
      <w:pPr>
        <w:keepNext/>
        <w:spacing w:after="0"/>
        <w:ind w:left="454"/>
      </w:pPr>
      <w:r>
        <w:t>☐  B) Dare l'allarme</w:t>
      </w:r>
    </w:p>
    <w:p>
      <w:pPr>
        <w:keepNext/>
        <w:spacing w:after="0"/>
        <w:ind w:left="454"/>
      </w:pPr>
      <w:r>
        <w:t>☐  C) Recuperare i documenti</w:t>
      </w:r>
    </w:p>
    <w:p>
      <w:pPr>
        <w:keepNext w:val="0"/>
        <w:spacing w:after="0"/>
        <w:ind w:left="454"/>
      </w:pPr>
      <w:r>
        <w:t>☐  D) Aprire tutte le finestre</w:t>
      </w:r>
    </w:p>
    <w:p>
      <w:pPr>
        <w:keepNext/>
        <w:spacing w:before="160"/>
      </w:pPr>
      <w:r>
        <w:rPr>
          <w:b/>
          <w:color w:val="B87A00"/>
        </w:rPr>
        <w:t xml:space="preserve">21.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 cartelli verdi indicano:</w:t>
      </w:r>
    </w:p>
    <w:p>
      <w:pPr>
        <w:keepNext/>
        <w:spacing w:after="0"/>
        <w:ind w:left="454"/>
      </w:pPr>
      <w:r>
        <w:t>☐  A) Salvataggio: uscite, percorsi, punto di raccolta</w:t>
      </w:r>
    </w:p>
    <w:p>
      <w:pPr>
        <w:keepNext/>
        <w:spacing w:after="0"/>
        <w:ind w:left="454"/>
      </w:pPr>
      <w:r>
        <w:t>☐  B) Pericoli</w:t>
      </w:r>
    </w:p>
    <w:p>
      <w:pPr>
        <w:keepNext/>
        <w:spacing w:after="0"/>
        <w:ind w:left="454"/>
      </w:pPr>
      <w:r>
        <w:t>☐  C) Divieti</w:t>
      </w:r>
    </w:p>
    <w:p>
      <w:pPr>
        <w:keepNext w:val="0"/>
        <w:spacing w:after="0"/>
        <w:ind w:left="454"/>
      </w:pPr>
      <w:r>
        <w:t>☐  D) Attrezzature antincendio</w:t>
      </w:r>
    </w:p>
    <w:p>
      <w:pPr>
        <w:keepNext/>
        <w:spacing w:before="160"/>
      </w:pPr>
      <w:r>
        <w:rPr>
          <w:b/>
          <w:color w:val="B87A00"/>
        </w:rPr>
        <w:t xml:space="preserve">22.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Durante l'evacuazione è corretto:</w:t>
      </w:r>
    </w:p>
    <w:p>
      <w:pPr>
        <w:keepNext/>
        <w:spacing w:after="0"/>
        <w:ind w:left="454"/>
      </w:pPr>
      <w:r>
        <w:t>☐  A) Chiudere le porte senza chiuderle a chiave</w:t>
      </w:r>
    </w:p>
    <w:p>
      <w:pPr>
        <w:keepNext/>
        <w:spacing w:after="0"/>
        <w:ind w:left="454"/>
      </w:pPr>
      <w:r>
        <w:t>☐  B) Tornare a prendere la borsa</w:t>
      </w:r>
    </w:p>
    <w:p>
      <w:pPr>
        <w:keepNext/>
        <w:spacing w:after="0"/>
        <w:ind w:left="454"/>
      </w:pPr>
      <w:r>
        <w:t>☐  C) Usare l'ascensore</w:t>
      </w:r>
    </w:p>
    <w:p>
      <w:pPr>
        <w:keepNext w:val="0"/>
        <w:spacing w:after="0"/>
        <w:ind w:left="454"/>
      </w:pPr>
      <w:r>
        <w:t>☐  D) Correre spingendo</w:t>
      </w:r>
    </w:p>
    <w:p>
      <w:pPr>
        <w:keepNext/>
        <w:spacing w:before="160"/>
      </w:pPr>
      <w:r>
        <w:rPr>
          <w:b/>
          <w:color w:val="B87A00"/>
        </w:rPr>
        <w:t xml:space="preserve">23.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Al punto di raccolta l'addetto incaricato:</w:t>
      </w:r>
    </w:p>
    <w:p>
      <w:pPr>
        <w:keepNext/>
        <w:spacing w:after="0"/>
        <w:ind w:left="454"/>
      </w:pPr>
      <w:r>
        <w:t>☐  A) Fa l'appello e comunica subito eventuali assenti</w:t>
      </w:r>
    </w:p>
    <w:p>
      <w:pPr>
        <w:keepNext/>
        <w:spacing w:after="0"/>
        <w:ind w:left="454"/>
      </w:pPr>
      <w:r>
        <w:t>☐  B) Aspetta senza fare nulla</w:t>
      </w:r>
    </w:p>
    <w:p>
      <w:pPr>
        <w:keepNext/>
        <w:spacing w:after="0"/>
        <w:ind w:left="454"/>
      </w:pPr>
      <w:r>
        <w:t>☐  C) Rientra a controllare da solo</w:t>
      </w:r>
    </w:p>
    <w:p>
      <w:pPr>
        <w:keepNext w:val="0"/>
        <w:spacing w:after="0"/>
        <w:ind w:left="454"/>
      </w:pPr>
      <w:r>
        <w:t>☐  D) Rimanda tutti a casa</w:t>
      </w:r>
    </w:p>
    <w:p>
      <w:pPr>
        <w:keepNext/>
        <w:spacing w:before="160"/>
      </w:pPr>
      <w:r>
        <w:rPr>
          <w:b/>
          <w:color w:val="B87A00"/>
        </w:rPr>
        <w:t xml:space="preserve">24.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Cosa succede se si toglie il comburente a un incendio?</w:t>
      </w:r>
    </w:p>
    <w:p>
      <w:pPr>
        <w:keepNext/>
        <w:spacing w:after="0"/>
        <w:ind w:left="454"/>
      </w:pPr>
      <w:r>
        <w:t>☐  A) La combustione si arresta per soffocamento</w:t>
      </w:r>
    </w:p>
    <w:p>
      <w:pPr>
        <w:keepNext/>
        <w:spacing w:after="0"/>
        <w:ind w:left="454"/>
      </w:pPr>
      <w:r>
        <w:t>☐  B) Nulla</w:t>
      </w:r>
    </w:p>
    <w:p>
      <w:pPr>
        <w:keepNext/>
        <w:spacing w:after="0"/>
        <w:ind w:left="454"/>
      </w:pPr>
      <w:r>
        <w:t>☐  C) Si forma più fumo e continua</w:t>
      </w:r>
    </w:p>
    <w:p>
      <w:pPr>
        <w:keepNext w:val="0"/>
        <w:spacing w:after="0"/>
        <w:ind w:left="454"/>
      </w:pPr>
      <w:r>
        <w:t>☐  D) L'incendio aumenta</w:t>
      </w:r>
    </w:p>
    <w:p>
      <w:pPr>
        <w:keepNext/>
        <w:spacing w:before="160"/>
      </w:pPr>
      <w:r>
        <w:rPr>
          <w:b/>
          <w:color w:val="B87A00"/>
        </w:rPr>
        <w:t xml:space="preserve">25.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Perché la carta accartocciata si accende più facilmente di un ceppo?</w:t>
      </w:r>
    </w:p>
    <w:p>
      <w:pPr>
        <w:keepNext/>
        <w:spacing w:after="0"/>
        <w:ind w:left="454"/>
      </w:pPr>
      <w:r>
        <w:t>☐  A) Ha più ossigeno all'interno</w:t>
      </w:r>
    </w:p>
    <w:p>
      <w:pPr>
        <w:keepNext/>
        <w:spacing w:after="0"/>
        <w:ind w:left="454"/>
      </w:pPr>
      <w:r>
        <w:t>☐  B) È più pesante</w:t>
      </w:r>
    </w:p>
    <w:p>
      <w:pPr>
        <w:keepNext/>
        <w:spacing w:after="0"/>
        <w:ind w:left="454"/>
      </w:pPr>
      <w:r>
        <w:t>☐  C) Offre più superficie all'aria e al calore</w:t>
      </w:r>
    </w:p>
    <w:p>
      <w:pPr>
        <w:keepNext w:val="0"/>
        <w:spacing w:after="0"/>
        <w:ind w:left="454"/>
      </w:pPr>
      <w:r>
        <w:t>☐  D) Contiene acqua</w:t>
      </w:r>
    </w:p>
    <w:p>
      <w:pPr>
        <w:keepNext/>
        <w:spacing w:before="160"/>
      </w:pPr>
      <w:r>
        <w:rPr>
          <w:b/>
          <w:color w:val="B87A00"/>
        </w:rPr>
        <w:t xml:space="preserve">26.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L'acido cianidrico si sviluppa soprattutto dalla combustione di:</w:t>
      </w:r>
    </w:p>
    <w:p>
      <w:pPr>
        <w:keepNext/>
        <w:spacing w:after="0"/>
        <w:ind w:left="454"/>
      </w:pPr>
      <w:r>
        <w:t>☐  A) Acciaio</w:t>
      </w:r>
    </w:p>
    <w:p>
      <w:pPr>
        <w:keepNext/>
        <w:spacing w:after="0"/>
        <w:ind w:left="454"/>
      </w:pPr>
      <w:r>
        <w:t>☐  B) Acqua e sabbia</w:t>
      </w:r>
    </w:p>
    <w:p>
      <w:pPr>
        <w:keepNext/>
        <w:spacing w:after="0"/>
        <w:ind w:left="454"/>
      </w:pPr>
      <w:r>
        <w:t>☐  C) Pietra e vetro</w:t>
      </w:r>
    </w:p>
    <w:p>
      <w:pPr>
        <w:keepNext w:val="0"/>
        <w:spacing w:after="0"/>
        <w:ind w:left="454"/>
      </w:pPr>
      <w:r>
        <w:t>☐  D) Poliuretani, lana, nylon</w:t>
      </w:r>
    </w:p>
    <w:p>
      <w:pPr>
        <w:keepNext/>
        <w:spacing w:before="160"/>
      </w:pPr>
      <w:r>
        <w:rPr>
          <w:b/>
          <w:color w:val="B87A00"/>
        </w:rPr>
        <w:t xml:space="preserve">27.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Un'ustione di terzo grado si riconosce perché:</w:t>
      </w:r>
    </w:p>
    <w:p>
      <w:pPr>
        <w:keepNext/>
        <w:spacing w:after="0"/>
        <w:ind w:left="454"/>
      </w:pPr>
      <w:r>
        <w:t>☐  A) Compaiono solo arrossamenti</w:t>
      </w:r>
    </w:p>
    <w:p>
      <w:pPr>
        <w:keepNext/>
        <w:spacing w:after="0"/>
        <w:ind w:left="454"/>
      </w:pPr>
      <w:r>
        <w:t>☐  B) La pelle è biancastra o carbonizzata e può far poco male</w:t>
      </w:r>
    </w:p>
    <w:p>
      <w:pPr>
        <w:keepNext/>
        <w:spacing w:after="0"/>
        <w:ind w:left="454"/>
      </w:pPr>
      <w:r>
        <w:t>☐  C) Non lascia segni</w:t>
      </w:r>
    </w:p>
    <w:p>
      <w:pPr>
        <w:keepNext w:val="0"/>
        <w:spacing w:after="0"/>
        <w:ind w:left="454"/>
      </w:pPr>
      <w:r>
        <w:t>☐  D) Si formano bolle piccole</w:t>
      </w:r>
    </w:p>
    <w:p>
      <w:pPr>
        <w:keepNext/>
        <w:spacing w:before="160"/>
      </w:pPr>
      <w:r>
        <w:rPr>
          <w:b/>
          <w:color w:val="B87A00"/>
        </w:rPr>
        <w:t xml:space="preserve">28.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segnaletica che indica l'estintore è:</w:t>
      </w:r>
    </w:p>
    <w:p>
      <w:pPr>
        <w:keepNext/>
        <w:spacing w:after="0"/>
        <w:ind w:left="454"/>
      </w:pPr>
      <w:r>
        <w:t>☐  A) Triangolare gialla</w:t>
      </w:r>
    </w:p>
    <w:p>
      <w:pPr>
        <w:keepNext/>
        <w:spacing w:after="0"/>
        <w:ind w:left="454"/>
      </w:pPr>
      <w:r>
        <w:t>☐  B) Rotonda a bordo rosso</w:t>
      </w:r>
    </w:p>
    <w:p>
      <w:pPr>
        <w:keepNext/>
        <w:spacing w:after="0"/>
        <w:ind w:left="454"/>
      </w:pPr>
      <w:r>
        <w:t>☐  C) Rotonda blu</w:t>
      </w:r>
    </w:p>
    <w:p>
      <w:pPr>
        <w:keepNext w:val="0"/>
        <w:spacing w:after="0"/>
        <w:ind w:left="454"/>
      </w:pPr>
      <w:r>
        <w:t>☐  D) Quadrata o rettangolare con pittogramma bianco su fondo rosso</w:t>
      </w:r>
    </w:p>
    <w:p>
      <w:pPr>
        <w:keepNext/>
        <w:spacing w:before="160"/>
      </w:pPr>
      <w:r>
        <w:rPr>
          <w:b/>
          <w:color w:val="B87A00"/>
        </w:rPr>
        <w:t xml:space="preserve">29.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punto di raccolta deve essere:</w:t>
      </w:r>
    </w:p>
    <w:p>
      <w:pPr>
        <w:keepNext/>
        <w:spacing w:after="0"/>
        <w:ind w:left="454"/>
      </w:pPr>
      <w:r>
        <w:t>☐  A) Nel parcheggio sotterraneo</w:t>
      </w:r>
    </w:p>
    <w:p>
      <w:pPr>
        <w:keepNext/>
        <w:spacing w:after="0"/>
        <w:ind w:left="454"/>
      </w:pPr>
      <w:r>
        <w:t>☐  B) In luogo sicuro, lontano dall'edificio e non d'intralcio ai soccorsi</w:t>
      </w:r>
    </w:p>
    <w:p>
      <w:pPr>
        <w:keepNext/>
        <w:spacing w:after="0"/>
        <w:ind w:left="454"/>
      </w:pPr>
      <w:r>
        <w:t>☐  C) Davanti all'ingresso principale</w:t>
      </w:r>
    </w:p>
    <w:p>
      <w:pPr>
        <w:keepNext w:val="0"/>
        <w:spacing w:after="0"/>
        <w:ind w:left="454"/>
      </w:pPr>
      <w:r>
        <w:t>☐  D) Dentro la mensa</w:t>
      </w:r>
    </w:p>
    <w:p>
      <w:pPr>
        <w:keepNext/>
        <w:spacing w:before="160"/>
      </w:pPr>
      <w:r>
        <w:rPr>
          <w:b/>
          <w:color w:val="B87A00"/>
        </w:rPr>
        <w:t xml:space="preserve">30.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numero unico di emergenza europeo è il ___.</w:t>
      </w:r>
    </w:p>
    <w:p>
      <w:pPr>
        <w:keepNext/>
        <w:spacing w:after="0"/>
        <w:ind w:left="454"/>
      </w:pPr>
      <w:r>
        <w:t>☐  A) 113</w:t>
      </w:r>
    </w:p>
    <w:p>
      <w:pPr>
        <w:keepNext/>
        <w:spacing w:after="0"/>
        <w:ind w:left="454"/>
      </w:pPr>
      <w:r>
        <w:t>☐  B) 118</w:t>
      </w:r>
    </w:p>
    <w:p>
      <w:pPr>
        <w:keepNext/>
        <w:spacing w:after="0"/>
        <w:ind w:left="454"/>
      </w:pPr>
      <w:r>
        <w:t>☐  C) 1515</w:t>
      </w:r>
    </w:p>
    <w:p>
      <w:pPr>
        <w:keepNext w:val="0"/>
        <w:spacing w:after="0"/>
        <w:ind w:left="454"/>
      </w:pPr>
      <w:r>
        <w:t>☐  D) 112</w:t>
      </w:r>
    </w:p>
    <w:p>
      <w:pPr>
        <w:keepNext/>
        <w:spacing w:before="160"/>
      </w:pPr>
      <w:r>
        <w:rPr>
          <w:b/>
          <w:color w:val="B87A00"/>
        </w:rPr>
        <w:t xml:space="preserve">31.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Le ustioni si raffreddano con acqua corrente ___ per diversi minuti.</w:t>
      </w:r>
    </w:p>
    <w:p>
      <w:pPr>
        <w:keepNext/>
        <w:spacing w:after="0"/>
        <w:ind w:left="454"/>
      </w:pPr>
      <w:r>
        <w:t>☐  A) bollente</w:t>
      </w:r>
    </w:p>
    <w:p>
      <w:pPr>
        <w:keepNext/>
        <w:spacing w:after="0"/>
        <w:ind w:left="454"/>
      </w:pPr>
      <w:r>
        <w:t>☐  B) fresca</w:t>
      </w:r>
    </w:p>
    <w:p>
      <w:pPr>
        <w:keepNext/>
        <w:spacing w:after="0"/>
        <w:ind w:left="454"/>
      </w:pPr>
      <w:r>
        <w:t>☐  C) salata</w:t>
      </w:r>
    </w:p>
    <w:p>
      <w:pPr>
        <w:keepNext w:val="0"/>
        <w:spacing w:after="0"/>
        <w:ind w:left="454"/>
      </w:pPr>
      <w:r>
        <w:t>☐  D) gelata</w:t>
      </w:r>
    </w:p>
    <w:p>
      <w:pPr>
        <w:keepNext/>
        <w:spacing w:before="160"/>
      </w:pPr>
      <w:r>
        <w:rPr>
          <w:b/>
          <w:color w:val="B87A00"/>
        </w:rPr>
        <w:t xml:space="preserve">32.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metano ha un campo di infiammabilità circa dal 5 al ___ per cento.</w:t>
      </w:r>
    </w:p>
    <w:p>
      <w:pPr>
        <w:keepNext/>
        <w:spacing w:after="0"/>
        <w:ind w:left="454"/>
      </w:pPr>
      <w:r>
        <w:t>☐  A) 90</w:t>
      </w:r>
    </w:p>
    <w:p>
      <w:pPr>
        <w:keepNext/>
        <w:spacing w:after="0"/>
        <w:ind w:left="454"/>
      </w:pPr>
      <w:r>
        <w:t>☐  B) 2</w:t>
      </w:r>
    </w:p>
    <w:p>
      <w:pPr>
        <w:keepNext/>
        <w:spacing w:after="0"/>
        <w:ind w:left="454"/>
      </w:pPr>
      <w:r>
        <w:t>☐  C) 15</w:t>
      </w:r>
    </w:p>
    <w:p>
      <w:pPr>
        <w:keepNext w:val="0"/>
        <w:spacing w:after="0"/>
        <w:ind w:left="454"/>
      </w:pPr>
      <w:r>
        <w:t>☐  D) 50</w:t>
      </w:r>
    </w:p>
    <w:p>
      <w:pPr>
        <w:keepNext/>
        <w:spacing w:before="160"/>
      </w:pPr>
      <w:r>
        <w:rPr>
          <w:b/>
          <w:color w:val="B87A00"/>
        </w:rPr>
        <w:t xml:space="preserve">33.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La norma che definisce le classi di fuoco è la UNI EN ___.</w:t>
      </w:r>
    </w:p>
    <w:p>
      <w:pPr>
        <w:keepNext/>
        <w:spacing w:after="0"/>
        <w:ind w:left="454"/>
      </w:pPr>
      <w:r>
        <w:t>☐  A) 1125</w:t>
      </w:r>
    </w:p>
    <w:p>
      <w:pPr>
        <w:keepNext/>
        <w:spacing w:after="0"/>
        <w:ind w:left="454"/>
      </w:pPr>
      <w:r>
        <w:t>☐  B) 54</w:t>
      </w:r>
    </w:p>
    <w:p>
      <w:pPr>
        <w:keepNext/>
        <w:spacing w:after="0"/>
        <w:ind w:left="454"/>
      </w:pPr>
      <w:r>
        <w:t>☐  C) 3</w:t>
      </w:r>
    </w:p>
    <w:p>
      <w:pPr>
        <w:keepNext w:val="0"/>
        <w:spacing w:after="0"/>
        <w:ind w:left="454"/>
      </w:pPr>
      <w:r>
        <w:t>☐  D) 2</w:t>
      </w:r>
    </w:p>
    <w:p>
      <w:pPr>
        <w:keepNext/>
        <w:spacing w:before="160"/>
      </w:pPr>
      <w:r>
        <w:rPr>
          <w:b/>
          <w:color w:val="B87A00"/>
        </w:rPr>
        <w:t xml:space="preserve">34.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La reazione al fuoco dei materiali si esprime con le ___ europee.</w:t>
      </w:r>
    </w:p>
    <w:p>
      <w:pPr>
        <w:keepNext/>
        <w:spacing w:after="0"/>
        <w:ind w:left="454"/>
      </w:pPr>
      <w:r>
        <w:t>☐  A) Zone</w:t>
      </w:r>
    </w:p>
    <w:p>
      <w:pPr>
        <w:keepNext/>
        <w:spacing w:after="0"/>
        <w:ind w:left="454"/>
      </w:pPr>
      <w:r>
        <w:t>☐  B) Norme ISO</w:t>
      </w:r>
    </w:p>
    <w:p>
      <w:pPr>
        <w:keepNext/>
        <w:spacing w:after="0"/>
        <w:ind w:left="454"/>
      </w:pPr>
      <w:r>
        <w:t>☐  C) Classi di fuoco</w:t>
      </w:r>
    </w:p>
    <w:p>
      <w:pPr>
        <w:keepNext w:val="0"/>
        <w:spacing w:after="0"/>
        <w:ind w:left="454"/>
      </w:pPr>
      <w:r>
        <w:t>☐  D) Euroclassi</w:t>
      </w:r>
    </w:p>
    <w:p>
      <w:pPr>
        <w:keepNext/>
        <w:spacing w:before="160"/>
      </w:pPr>
      <w:r>
        <w:rPr>
          <w:b/>
          <w:color w:val="B87A00"/>
        </w:rPr>
        <w:t xml:space="preserve">35.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La designazione verbale dell'addetto antincendio ha pieno valore.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36.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Senza uno dei tre lati del triangolo del fuoco la combustione non può continuare.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37.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 vapori di molti solventi sono più pesanti dell'aria e scivolano lungo il pavimento.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38.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In una stanza con troppo gas la miscela è sempre sicura anche aprendo la porta.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39.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Sotto il 17 per cento circa di ossigeno le capacità di ragionare e muoversi diminuiscono.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40.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Esiste ancora una classe di fuoco specifica per i fuochi elettrici.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41.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Sui liquidi in fiamme si spara direttamente al centro della pozza.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42.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 estintore usato anche solo in parte va sostituito o ricaricato prima di tornare al suo posto.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43.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Gli stracci impregnati di olio di lino possono incendiarsi da soli.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44.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Nel fumo conviene muoversi in piedi per vedere meglio i cartelli.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45.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Durante la chiamata ai soccorsi si riattacca per primi per liberare la linea.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46.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Nessuno rientra nell'edificio finché il coordinatore non dichiara la fine dell'emergenza.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47.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Il fumo può rendere impraticabile un corridoio in pochi minuti.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48.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Durante l'evacuazione si chiudono le porte a chiave per evitare furti.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49.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Un cestino di carta fuma sotto una scrivania. Le fiamme sono piccole e la porta è alle tue spalle.</w:t>
      </w:r>
    </w:p>
    <w:p>
      <w:pPr>
        <w:keepNext/>
        <w:spacing w:after="0"/>
        <w:ind w:left="454"/>
      </w:pPr>
      <w:r>
        <w:t>☐  A) Getti dentro una bottiglia d'acqua e torni al lavoro</w:t>
      </w:r>
    </w:p>
    <w:p>
      <w:pPr>
        <w:keepNext/>
        <w:spacing w:after="0"/>
        <w:ind w:left="454"/>
      </w:pPr>
      <w:r>
        <w:t>☐  B) Dai l'allarme, prendi l'estintore adatto e intervieni dalla via di fuga</w:t>
      </w:r>
    </w:p>
    <w:p>
      <w:pPr>
        <w:keepNext w:val="0"/>
        <w:spacing w:after="0"/>
        <w:ind w:left="454"/>
      </w:pPr>
      <w:r>
        <w:t>☐  C) Esci senza dire niente</w:t>
      </w:r>
    </w:p>
    <w:p>
      <w:pPr>
        <w:keepNext/>
        <w:spacing w:before="160"/>
      </w:pPr>
      <w:r>
        <w:rPr>
          <w:b/>
          <w:color w:val="B87A00"/>
        </w:rPr>
        <w:t xml:space="preserve">50.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In cucina l'olio della friggitrice prende fuoco.</w:t>
      </w:r>
    </w:p>
    <w:p>
      <w:pPr>
        <w:keepNext/>
        <w:spacing w:after="0"/>
        <w:ind w:left="454"/>
      </w:pPr>
      <w:r>
        <w:t>☐  A) Spegni l'alimentazione, copri con coperta antifiamma o usa l'estintore classe F</w:t>
      </w:r>
    </w:p>
    <w:p>
      <w:pPr>
        <w:keepNext/>
        <w:spacing w:after="0"/>
        <w:ind w:left="454"/>
      </w:pPr>
      <w:r>
        <w:t>☐  B) Versi acqua</w:t>
      </w:r>
    </w:p>
    <w:p>
      <w:pPr>
        <w:keepNext w:val="0"/>
        <w:spacing w:after="0"/>
        <w:ind w:left="454"/>
      </w:pPr>
      <w:r>
        <w:t>☐  C) Sposti la friggitrice all'esterno</w:t>
      </w:r>
    </w:p>
    <w:p>
      <w:pPr>
        <w:keepNext/>
        <w:spacing w:before="160"/>
      </w:pPr>
      <w:r>
        <w:rPr>
          <w:b/>
          <w:color w:val="B87A00"/>
        </w:rPr>
        <w:t xml:space="preserve">51.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Senti odore di gas in un locale tecnico.</w:t>
      </w:r>
    </w:p>
    <w:p>
      <w:pPr>
        <w:keepNext/>
        <w:spacing w:after="0"/>
        <w:ind w:left="454"/>
      </w:pPr>
      <w:r>
        <w:t>☐  A) Accendi la luce per vedere meglio</w:t>
      </w:r>
    </w:p>
    <w:p>
      <w:pPr>
        <w:keepNext/>
        <w:spacing w:after="0"/>
        <w:ind w:left="454"/>
      </w:pPr>
      <w:r>
        <w:t>☐  B) Telefoni dal locale</w:t>
      </w:r>
    </w:p>
    <w:p>
      <w:pPr>
        <w:keepNext w:val="0"/>
        <w:spacing w:after="0"/>
        <w:ind w:left="454"/>
      </w:pPr>
      <w:r>
        <w:t>☐  C) Niente interruttori, chiudi la valvola esterna se sicuro, aera e allontana le persone</w:t>
      </w:r>
    </w:p>
    <w:p>
      <w:pPr>
        <w:keepNext/>
        <w:spacing w:before="160"/>
      </w:pPr>
      <w:r>
        <w:rPr>
          <w:b/>
          <w:color w:val="B87A00"/>
        </w:rPr>
        <w:t xml:space="preserve">52.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Il fumo scende rapidamente dal soffitto e senti un calore forte sul viso mentre usi l'estintore.</w:t>
      </w:r>
    </w:p>
    <w:p>
      <w:pPr>
        <w:keepNext/>
        <w:spacing w:after="0"/>
        <w:ind w:left="454"/>
      </w:pPr>
      <w:r>
        <w:t>☐  A) Prendi un secondo estintore e avanzi</w:t>
      </w:r>
    </w:p>
    <w:p>
      <w:pPr>
        <w:keepNext/>
        <w:spacing w:after="0"/>
        <w:ind w:left="454"/>
      </w:pPr>
      <w:r>
        <w:t>☐  B) Apri la finestra per far uscire il fumo</w:t>
      </w:r>
    </w:p>
    <w:p>
      <w:pPr>
        <w:keepNext w:val="0"/>
        <w:spacing w:after="0"/>
        <w:ind w:left="454"/>
      </w:pPr>
      <w:r>
        <w:t>☐  C) Ti ritiri tenendo d'occhio il fuoco e chiudi la porta</w:t>
      </w:r>
    </w:p>
    <w:p>
      <w:pPr>
        <w:keepNext/>
        <w:spacing w:before="160"/>
      </w:pPr>
      <w:r>
        <w:rPr>
          <w:b/>
          <w:color w:val="B87A00"/>
        </w:rPr>
        <w:t xml:space="preserve">53.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Al punto di raccolta un collega dice di aver visto una visitatrice entrare in bagno poco prima dell'allarme.</w:t>
      </w:r>
    </w:p>
    <w:p>
      <w:pPr>
        <w:keepNext/>
        <w:spacing w:after="0"/>
        <w:ind w:left="454"/>
      </w:pPr>
      <w:r>
        <w:t>☐  A) Lo comunichi subito al coordinatore indicando dove era</w:t>
      </w:r>
    </w:p>
    <w:p>
      <w:pPr>
        <w:keepNext/>
        <w:spacing w:after="0"/>
        <w:ind w:left="454"/>
      </w:pPr>
      <w:r>
        <w:t>☐  B) Aspetti che esca da sola</w:t>
      </w:r>
    </w:p>
    <w:p>
      <w:pPr>
        <w:keepNext w:val="0"/>
        <w:spacing w:after="0"/>
        <w:ind w:left="454"/>
      </w:pPr>
      <w:r>
        <w:t>☐  C) Torni dentro a cercarla da solo</w:t>
      </w:r>
    </w:p>
    <w:p>
      <w:pPr>
        <w:keepNext/>
        <w:spacing w:before="160"/>
      </w:pPr>
      <w:r>
        <w:rPr>
          <w:b/>
          <w:color w:val="B87A00"/>
        </w:rPr>
        <w:t xml:space="preserve">54. </w:t>
      </w:r>
      <w:r>
        <w:rPr>
          <w:i/>
          <w:color w:val="777777"/>
          <w:sz w:val="17"/>
        </w:rPr>
        <w:t xml:space="preserve">[Metti in ordine] </w:t>
      </w:r>
      <w:r>
        <w:rPr>
          <w:b/>
        </w:rPr>
        <w:t>Usare l'estintore portatile – metti le fasi nell'ordine corretto</w:t>
      </w:r>
    </w:p>
    <w:p>
      <w:pPr>
        <w:keepNext/>
        <w:spacing w:after="0"/>
        <w:ind w:left="454"/>
      </w:pPr>
      <w:r>
        <w:t>☐  A) Avvicinarsi a 2-3 metri con la via di fuga alle spalle</w:t>
      </w:r>
    </w:p>
    <w:p>
      <w:pPr>
        <w:keepNext/>
        <w:spacing w:after="0"/>
        <w:ind w:left="454"/>
      </w:pPr>
      <w:r>
        <w:t>☐  B) Togliere la spina di sicurezza</w:t>
      </w:r>
    </w:p>
    <w:p>
      <w:pPr>
        <w:keepNext/>
        <w:spacing w:after="0"/>
        <w:ind w:left="454"/>
      </w:pPr>
      <w:r>
        <w:t>☐  C) Fare una breve prova verso terra</w:t>
      </w:r>
    </w:p>
    <w:p>
      <w:pPr>
        <w:keepNext/>
        <w:spacing w:after="0"/>
        <w:ind w:left="454"/>
      </w:pPr>
      <w:r>
        <w:t>☐  D) Dare l'allarme</w:t>
      </w:r>
    </w:p>
    <w:p>
      <w:pPr>
        <w:keepNext w:val="0"/>
        <w:spacing w:after="0"/>
        <w:ind w:left="454"/>
      </w:pPr>
      <w:r>
        <w:t>☐  E) Dirigere il getto alla base delle fiamme a ventaglio</w:t>
      </w:r>
    </w:p>
    <w:p>
      <w:pPr>
        <w:ind w:left="454"/>
      </w:pPr>
      <w:r>
        <w:t>Ordine corretto: ____ – ____ – ____ – ____ – ____</w:t>
      </w:r>
    </w:p>
    <w:p>
      <w:pPr>
        <w:keepNext/>
        <w:spacing w:before="160"/>
      </w:pPr>
      <w:r>
        <w:rPr>
          <w:b/>
          <w:color w:val="B87A00"/>
        </w:rPr>
        <w:t xml:space="preserve">55. </w:t>
      </w:r>
      <w:r>
        <w:rPr>
          <w:i/>
          <w:color w:val="777777"/>
          <w:sz w:val="17"/>
        </w:rPr>
        <w:t xml:space="preserve">[Metti in ordine] </w:t>
      </w:r>
      <w:r>
        <w:rPr>
          <w:b/>
        </w:rPr>
        <w:t>La chiamata ai soccorsi – metti le fasi nell'ordine corretto</w:t>
      </w:r>
    </w:p>
    <w:p>
      <w:pPr>
        <w:keepNext/>
        <w:spacing w:after="0"/>
        <w:ind w:left="454"/>
      </w:pPr>
      <w:r>
        <w:t>☐  A) Feriti o persone intrappolate</w:t>
      </w:r>
    </w:p>
    <w:p>
      <w:pPr>
        <w:keepNext/>
        <w:spacing w:after="0"/>
        <w:ind w:left="454"/>
      </w:pPr>
      <w:r>
        <w:t>☐  B) Cosa sta succedendo</w:t>
      </w:r>
    </w:p>
    <w:p>
      <w:pPr>
        <w:keepNext/>
        <w:spacing w:after="0"/>
        <w:ind w:left="454"/>
      </w:pPr>
      <w:r>
        <w:t>☐  C) Pericoli particolari presenti</w:t>
      </w:r>
    </w:p>
    <w:p>
      <w:pPr>
        <w:keepNext/>
        <w:spacing w:after="0"/>
        <w:ind w:left="454"/>
      </w:pPr>
      <w:r>
        <w:t>☐  D) Nome e numero di chi chiama</w:t>
      </w:r>
    </w:p>
    <w:p>
      <w:pPr>
        <w:keepNext w:val="0"/>
        <w:spacing w:after="0"/>
        <w:ind w:left="454"/>
      </w:pPr>
      <w:r>
        <w:t>☐  E) Indirizzo esatto e ingresso</w:t>
      </w:r>
    </w:p>
    <w:p>
      <w:pPr>
        <w:ind w:left="454"/>
      </w:pPr>
      <w:r>
        <w:t>Ordine corretto: ____ – ____ – ____ – ____ – ____</w:t>
      </w:r>
    </w:p>
    <w:p>
      <w:pPr>
        <w:pStyle w:val="Heading1"/>
      </w:pPr>
      <w:r>
        <w:t>Livello 2</w:t>
      </w:r>
    </w:p>
    <w:p>
      <w:pPr>
        <w:pStyle w:val="Heading2"/>
      </w:pPr>
      <w:r>
        <w:t>Blocco B · Strategia antincendio</w:t>
      </w:r>
    </w:p>
    <w:p>
      <w:pPr>
        <w:keepNext/>
        <w:spacing w:before="160"/>
      </w:pPr>
      <w:r>
        <w:rPr>
          <w:b/>
          <w:color w:val="B87A00"/>
        </w:rPr>
        <w:t xml:space="preserve">56.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Codice di prevenzione incendi è stato approvato con:</w:t>
      </w:r>
    </w:p>
    <w:p>
      <w:pPr>
        <w:keepNext/>
        <w:spacing w:after="0"/>
        <w:ind w:left="454"/>
      </w:pPr>
      <w:r>
        <w:t>☐  A) D.Lgs. 81/2008</w:t>
      </w:r>
    </w:p>
    <w:p>
      <w:pPr>
        <w:keepNext/>
        <w:spacing w:after="0"/>
        <w:ind w:left="454"/>
      </w:pPr>
      <w:r>
        <w:t>☐  B) DPR 151/2011</w:t>
      </w:r>
    </w:p>
    <w:p>
      <w:pPr>
        <w:keepNext/>
        <w:spacing w:after="0"/>
        <w:ind w:left="454"/>
      </w:pPr>
      <w:r>
        <w:t>☐  C) DM 10 marzo 1998</w:t>
      </w:r>
    </w:p>
    <w:p>
      <w:pPr>
        <w:keepNext w:val="0"/>
        <w:spacing w:after="0"/>
        <w:ind w:left="454"/>
      </w:pPr>
      <w:r>
        <w:t>☐  D) DM 3 agosto 2015</w:t>
      </w:r>
    </w:p>
    <w:p>
      <w:pPr>
        <w:keepNext/>
        <w:spacing w:before="160"/>
      </w:pPr>
      <w:r>
        <w:rPr>
          <w:b/>
          <w:color w:val="B87A00"/>
        </w:rPr>
        <w:t xml:space="preserve">57.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Nel Codice la misura S.4 riguarda:</w:t>
      </w:r>
    </w:p>
    <w:p>
      <w:pPr>
        <w:keepNext/>
        <w:spacing w:after="0"/>
        <w:ind w:left="454"/>
      </w:pPr>
      <w:r>
        <w:t>☐  A) La resistenza al fuoco</w:t>
      </w:r>
    </w:p>
    <w:p>
      <w:pPr>
        <w:keepNext/>
        <w:spacing w:after="0"/>
        <w:ind w:left="454"/>
      </w:pPr>
      <w:r>
        <w:t>☐  B) L'esodo</w:t>
      </w:r>
    </w:p>
    <w:p>
      <w:pPr>
        <w:keepNext/>
        <w:spacing w:after="0"/>
        <w:ind w:left="454"/>
      </w:pPr>
      <w:r>
        <w:t>☐  C) La rivelazione</w:t>
      </w:r>
    </w:p>
    <w:p>
      <w:pPr>
        <w:keepNext w:val="0"/>
        <w:spacing w:after="0"/>
        <w:ind w:left="454"/>
      </w:pPr>
      <w:r>
        <w:t>☐  D) La gestione della sicurezza</w:t>
      </w:r>
    </w:p>
    <w:p>
      <w:pPr>
        <w:keepNext/>
        <w:spacing w:before="160"/>
      </w:pPr>
      <w:r>
        <w:rPr>
          <w:b/>
          <w:color w:val="B87A00"/>
        </w:rPr>
        <w:t xml:space="preserve">58.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attività soggette ai controlli dei Vigili del Fuoco sono elencate:</w:t>
      </w:r>
    </w:p>
    <w:p>
      <w:pPr>
        <w:keepNext/>
        <w:spacing w:after="0"/>
        <w:ind w:left="454"/>
      </w:pPr>
      <w:r>
        <w:t>☐  A) Nell'Allegato I del DPR 151/2011</w:t>
      </w:r>
    </w:p>
    <w:p>
      <w:pPr>
        <w:keepNext/>
        <w:spacing w:after="0"/>
        <w:ind w:left="454"/>
      </w:pPr>
      <w:r>
        <w:t>☐  B) Nel DM 2/9/2021</w:t>
      </w:r>
    </w:p>
    <w:p>
      <w:pPr>
        <w:keepNext/>
        <w:spacing w:after="0"/>
        <w:ind w:left="454"/>
      </w:pPr>
      <w:r>
        <w:t>☐  C) Nel regolamento CLP</w:t>
      </w:r>
    </w:p>
    <w:p>
      <w:pPr>
        <w:keepNext w:val="0"/>
        <w:spacing w:after="0"/>
        <w:ind w:left="454"/>
      </w:pPr>
      <w:r>
        <w:t>☐  D) Nel D.Lgs. 81/08</w:t>
      </w:r>
    </w:p>
    <w:p>
      <w:pPr>
        <w:keepNext/>
        <w:spacing w:before="160"/>
      </w:pPr>
      <w:r>
        <w:rPr>
          <w:b/>
          <w:color w:val="B87A00"/>
        </w:rPr>
        <w:t xml:space="preserve">59.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Ogni quanti anni si presenta in genere il rinnovo periodico di conformità antincendio?</w:t>
      </w:r>
    </w:p>
    <w:p>
      <w:pPr>
        <w:keepNext/>
        <w:spacing w:after="0"/>
        <w:ind w:left="454"/>
      </w:pPr>
      <w:r>
        <w:t>☐  A) Mai</w:t>
      </w:r>
    </w:p>
    <w:p>
      <w:pPr>
        <w:keepNext/>
        <w:spacing w:after="0"/>
        <w:ind w:left="454"/>
      </w:pPr>
      <w:r>
        <w:t>☐  B) 1</w:t>
      </w:r>
    </w:p>
    <w:p>
      <w:pPr>
        <w:keepNext/>
        <w:spacing w:after="0"/>
        <w:ind w:left="454"/>
      </w:pPr>
      <w:r>
        <w:t>☐  C) 5</w:t>
      </w:r>
    </w:p>
    <w:p>
      <w:pPr>
        <w:keepNext w:val="0"/>
        <w:spacing w:after="0"/>
        <w:ind w:left="454"/>
      </w:pPr>
      <w:r>
        <w:t>☐  D) 20</w:t>
      </w:r>
    </w:p>
    <w:p>
      <w:pPr>
        <w:keepNext/>
        <w:spacing w:before="160"/>
      </w:pPr>
      <w:r>
        <w:rPr>
          <w:b/>
          <w:color w:val="B87A00"/>
        </w:rPr>
        <w:t xml:space="preserve">60.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Nel profilo Rvita la lettera A indica occupanti:</w:t>
      </w:r>
    </w:p>
    <w:p>
      <w:pPr>
        <w:keepNext/>
        <w:spacing w:after="0"/>
        <w:ind w:left="454"/>
      </w:pPr>
      <w:r>
        <w:t>☐  A) Svegli che conoscono l'edificio</w:t>
      </w:r>
    </w:p>
    <w:p>
      <w:pPr>
        <w:keepNext/>
        <w:spacing w:after="0"/>
        <w:ind w:left="454"/>
      </w:pPr>
      <w:r>
        <w:t>☐  B) Addormentati</w:t>
      </w:r>
    </w:p>
    <w:p>
      <w:pPr>
        <w:keepNext/>
        <w:spacing w:after="0"/>
        <w:ind w:left="454"/>
      </w:pPr>
      <w:r>
        <w:t>☐  C) In transito</w:t>
      </w:r>
    </w:p>
    <w:p>
      <w:pPr>
        <w:keepNext w:val="0"/>
        <w:spacing w:after="0"/>
        <w:ind w:left="454"/>
      </w:pPr>
      <w:r>
        <w:t>☐  D) Ricoverati</w:t>
      </w:r>
    </w:p>
    <w:p>
      <w:pPr>
        <w:keepNext/>
        <w:spacing w:before="160"/>
      </w:pPr>
      <w:r>
        <w:rPr>
          <w:b/>
          <w:color w:val="B87A00"/>
        </w:rPr>
        <w:t xml:space="preserve">61.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lettera E nella classificazione di resistenza al fuoco indica:</w:t>
      </w:r>
    </w:p>
    <w:p>
      <w:pPr>
        <w:keepNext/>
        <w:spacing w:after="0"/>
        <w:ind w:left="454"/>
      </w:pPr>
      <w:r>
        <w:t>☐  A) Tenuta a fiamme e gas caldi</w:t>
      </w:r>
    </w:p>
    <w:p>
      <w:pPr>
        <w:keepNext/>
        <w:spacing w:after="0"/>
        <w:ind w:left="454"/>
      </w:pPr>
      <w:r>
        <w:t>☐  B) Tenuta al fumo</w:t>
      </w:r>
    </w:p>
    <w:p>
      <w:pPr>
        <w:keepNext/>
        <w:spacing w:after="0"/>
        <w:ind w:left="454"/>
      </w:pPr>
      <w:r>
        <w:t>☐  C) Isolamento termico</w:t>
      </w:r>
    </w:p>
    <w:p>
      <w:pPr>
        <w:keepNext w:val="0"/>
        <w:spacing w:after="0"/>
        <w:ind w:left="454"/>
      </w:pPr>
      <w:r>
        <w:t>☐  D) Capacità portante</w:t>
      </w:r>
    </w:p>
    <w:p>
      <w:pPr>
        <w:keepNext/>
        <w:spacing w:before="160"/>
      </w:pPr>
      <w:r>
        <w:rPr>
          <w:b/>
          <w:color w:val="B87A00"/>
        </w:rPr>
        <w:t xml:space="preserve">62.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Una porta EI 60 garantisce la sua prestazione:</w:t>
      </w:r>
    </w:p>
    <w:p>
      <w:pPr>
        <w:keepNext/>
        <w:spacing w:after="0"/>
        <w:ind w:left="454"/>
      </w:pPr>
      <w:r>
        <w:t>☐  A) Anche se tenuta aperta con un cuneo</w:t>
      </w:r>
    </w:p>
    <w:p>
      <w:pPr>
        <w:keepNext/>
        <w:spacing w:after="0"/>
        <w:ind w:left="454"/>
      </w:pPr>
      <w:r>
        <w:t>☐  B) Per 60 ore</w:t>
      </w:r>
    </w:p>
    <w:p>
      <w:pPr>
        <w:keepNext/>
        <w:spacing w:after="0"/>
        <w:ind w:left="454"/>
      </w:pPr>
      <w:r>
        <w:t>☐  C) Solo all'esterno</w:t>
      </w:r>
    </w:p>
    <w:p>
      <w:pPr>
        <w:keepNext w:val="0"/>
        <w:spacing w:after="0"/>
        <w:ind w:left="454"/>
      </w:pPr>
      <w:r>
        <w:t>☐  D) Solo se installata come certificato e chiusa</w:t>
      </w:r>
    </w:p>
    <w:p>
      <w:pPr>
        <w:keepNext/>
        <w:spacing w:before="160"/>
      </w:pPr>
      <w:r>
        <w:rPr>
          <w:b/>
          <w:color w:val="B87A00"/>
        </w:rPr>
        <w:t xml:space="preserve">63.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dispositivo corretto per tenere aperta una porta tagliafuoco è:</w:t>
      </w:r>
    </w:p>
    <w:p>
      <w:pPr>
        <w:keepNext/>
        <w:spacing w:after="0"/>
        <w:ind w:left="454"/>
      </w:pPr>
      <w:r>
        <w:t>☐  A) Un estintore appoggiato</w:t>
      </w:r>
    </w:p>
    <w:p>
      <w:pPr>
        <w:keepNext/>
        <w:spacing w:after="0"/>
        <w:ind w:left="454"/>
      </w:pPr>
      <w:r>
        <w:t>☐  B) Un cuneo di legno</w:t>
      </w:r>
    </w:p>
    <w:p>
      <w:pPr>
        <w:keepNext/>
        <w:spacing w:after="0"/>
        <w:ind w:left="454"/>
      </w:pPr>
      <w:r>
        <w:t>☐  C) Una sedia</w:t>
      </w:r>
    </w:p>
    <w:p>
      <w:pPr>
        <w:keepNext w:val="0"/>
        <w:spacing w:after="0"/>
        <w:ind w:left="454"/>
      </w:pPr>
      <w:r>
        <w:t>☐  D) Un fermo elettromagnetico collegato alla rivelazione</w:t>
      </w:r>
    </w:p>
    <w:p>
      <w:pPr>
        <w:keepNext/>
        <w:spacing w:before="160"/>
      </w:pPr>
      <w:r>
        <w:rPr>
          <w:b/>
          <w:color w:val="B87A00"/>
        </w:rPr>
        <w:t xml:space="preserve">64.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Nella classificazione Euroclassi, l'indice d0 indica:</w:t>
      </w:r>
    </w:p>
    <w:p>
      <w:pPr>
        <w:keepNext/>
        <w:spacing w:after="0"/>
        <w:ind w:left="454"/>
      </w:pPr>
      <w:r>
        <w:t>☐  A) Nessuna goccia ardente</w:t>
      </w:r>
    </w:p>
    <w:p>
      <w:pPr>
        <w:keepNext/>
        <w:spacing w:after="0"/>
        <w:ind w:left="454"/>
      </w:pPr>
      <w:r>
        <w:t>☐  B) Pavimento</w:t>
      </w:r>
    </w:p>
    <w:p>
      <w:pPr>
        <w:keepNext/>
        <w:spacing w:after="0"/>
        <w:ind w:left="454"/>
      </w:pPr>
      <w:r>
        <w:t>☐  C) Materiale incombustibile</w:t>
      </w:r>
    </w:p>
    <w:p>
      <w:pPr>
        <w:keepNext w:val="0"/>
        <w:spacing w:after="0"/>
        <w:ind w:left="454"/>
      </w:pPr>
      <w:r>
        <w:t>☐  D) Fumo elevato</w:t>
      </w:r>
    </w:p>
    <w:p>
      <w:pPr>
        <w:keepNext/>
        <w:spacing w:before="160"/>
      </w:pPr>
      <w:r>
        <w:rPr>
          <w:b/>
          <w:color w:val="B87A00"/>
        </w:rPr>
        <w:t xml:space="preserve">65.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 collari intumescenti si montano:</w:t>
      </w:r>
    </w:p>
    <w:p>
      <w:pPr>
        <w:keepNext/>
        <w:spacing w:after="0"/>
        <w:ind w:left="454"/>
      </w:pPr>
      <w:r>
        <w:t>☐  A) Sugli estintori</w:t>
      </w:r>
    </w:p>
    <w:p>
      <w:pPr>
        <w:keepNext/>
        <w:spacing w:after="0"/>
        <w:ind w:left="454"/>
      </w:pPr>
      <w:r>
        <w:t>☐  B) Attorno ai tubi in plastica che attraversano pareti tagliafuoco</w:t>
      </w:r>
    </w:p>
    <w:p>
      <w:pPr>
        <w:keepNext/>
        <w:spacing w:after="0"/>
        <w:ind w:left="454"/>
      </w:pPr>
      <w:r>
        <w:t>☐  C) Sugli idranti</w:t>
      </w:r>
    </w:p>
    <w:p>
      <w:pPr>
        <w:keepNext w:val="0"/>
        <w:spacing w:after="0"/>
        <w:ind w:left="454"/>
      </w:pPr>
      <w:r>
        <w:t>☐  D) Sulle porte</w:t>
      </w:r>
    </w:p>
    <w:p>
      <w:pPr>
        <w:keepNext/>
        <w:spacing w:before="160"/>
      </w:pPr>
      <w:r>
        <w:rPr>
          <w:b/>
          <w:color w:val="B87A00"/>
        </w:rPr>
        <w:t xml:space="preserve">66.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larghezza minima tipica di una via d'esodo secondo il Codice è:</w:t>
      </w:r>
    </w:p>
    <w:p>
      <w:pPr>
        <w:keepNext/>
        <w:spacing w:after="0"/>
        <w:ind w:left="454"/>
      </w:pPr>
      <w:r>
        <w:t>☐  A) 2 metri</w:t>
      </w:r>
    </w:p>
    <w:p>
      <w:pPr>
        <w:keepNext/>
        <w:spacing w:after="0"/>
        <w:ind w:left="454"/>
      </w:pPr>
      <w:r>
        <w:t>☐  B) 300 mm</w:t>
      </w:r>
    </w:p>
    <w:p>
      <w:pPr>
        <w:keepNext/>
        <w:spacing w:after="0"/>
        <w:ind w:left="454"/>
      </w:pPr>
      <w:r>
        <w:t>☐  C) 500 mm</w:t>
      </w:r>
    </w:p>
    <w:p>
      <w:pPr>
        <w:keepNext w:val="0"/>
        <w:spacing w:after="0"/>
        <w:ind w:left="454"/>
      </w:pPr>
      <w:r>
        <w:t>☐  D) 900 mm</w:t>
      </w:r>
    </w:p>
    <w:p>
      <w:pPr>
        <w:keepNext/>
        <w:spacing w:before="160"/>
      </w:pPr>
      <w:r>
        <w:rPr>
          <w:b/>
          <w:color w:val="B87A00"/>
        </w:rPr>
        <w:t xml:space="preserve">67.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corridoio cieco è:</w:t>
      </w:r>
    </w:p>
    <w:p>
      <w:pPr>
        <w:keepNext/>
        <w:spacing w:after="0"/>
        <w:ind w:left="454"/>
      </w:pPr>
      <w:r>
        <w:t>☐  A) Un'uscita di emergenza</w:t>
      </w:r>
    </w:p>
    <w:p>
      <w:pPr>
        <w:keepNext/>
        <w:spacing w:after="0"/>
        <w:ind w:left="454"/>
      </w:pPr>
      <w:r>
        <w:t>☐  B) Un corridoio senza luce</w:t>
      </w:r>
    </w:p>
    <w:p>
      <w:pPr>
        <w:keepNext/>
        <w:spacing w:after="0"/>
        <w:ind w:left="454"/>
      </w:pPr>
      <w:r>
        <w:t>☐  C) Un tratto da cui si esce in una sola direzione</w:t>
      </w:r>
    </w:p>
    <w:p>
      <w:pPr>
        <w:keepNext w:val="0"/>
        <w:spacing w:after="0"/>
        <w:ind w:left="454"/>
      </w:pPr>
      <w:r>
        <w:t>☐  D) Una scala esterna</w:t>
      </w:r>
    </w:p>
    <w:p>
      <w:pPr>
        <w:keepNext/>
        <w:spacing w:before="160"/>
      </w:pPr>
      <w:r>
        <w:rPr>
          <w:b/>
          <w:color w:val="B87A00"/>
        </w:rPr>
        <w:t xml:space="preserve">68.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maniglione antipanico è conforme alla norma:</w:t>
      </w:r>
    </w:p>
    <w:p>
      <w:pPr>
        <w:keepNext/>
        <w:spacing w:after="0"/>
        <w:ind w:left="454"/>
      </w:pPr>
      <w:r>
        <w:t>☐  A) UNI 10779</w:t>
      </w:r>
    </w:p>
    <w:p>
      <w:pPr>
        <w:keepNext/>
        <w:spacing w:after="0"/>
        <w:ind w:left="454"/>
      </w:pPr>
      <w:r>
        <w:t>☐  B) UNI EN 1125</w:t>
      </w:r>
    </w:p>
    <w:p>
      <w:pPr>
        <w:keepNext/>
        <w:spacing w:after="0"/>
        <w:ind w:left="454"/>
      </w:pPr>
      <w:r>
        <w:t>☐  C) UNI 9795</w:t>
      </w:r>
    </w:p>
    <w:p>
      <w:pPr>
        <w:keepNext w:val="0"/>
        <w:spacing w:after="0"/>
        <w:ind w:left="454"/>
      </w:pPr>
      <w:r>
        <w:t>☐  D) UNI EN 2</w:t>
      </w:r>
    </w:p>
    <w:p>
      <w:pPr>
        <w:keepNext/>
        <w:spacing w:before="160"/>
      </w:pPr>
      <w:r>
        <w:rPr>
          <w:b/>
          <w:color w:val="B87A00"/>
        </w:rPr>
        <w:t xml:space="preserve">69.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idrante DN 45 è progettato in genere per erogare circa:</w:t>
      </w:r>
    </w:p>
    <w:p>
      <w:pPr>
        <w:keepNext/>
        <w:spacing w:after="0"/>
        <w:ind w:left="454"/>
      </w:pPr>
      <w:r>
        <w:t>☐  A) 35 litri all'ora</w:t>
      </w:r>
    </w:p>
    <w:p>
      <w:pPr>
        <w:keepNext/>
        <w:spacing w:after="0"/>
        <w:ind w:left="454"/>
      </w:pPr>
      <w:r>
        <w:t>☐  B) 120 litri al minuto a 2 bar</w:t>
      </w:r>
    </w:p>
    <w:p>
      <w:pPr>
        <w:keepNext/>
        <w:spacing w:after="0"/>
        <w:ind w:left="454"/>
      </w:pPr>
      <w:r>
        <w:t>☐  C) 10 litri al minuto</w:t>
      </w:r>
    </w:p>
    <w:p>
      <w:pPr>
        <w:keepNext w:val="0"/>
        <w:spacing w:after="0"/>
        <w:ind w:left="454"/>
      </w:pPr>
      <w:r>
        <w:t>☐  D) 1000 litri al minuto</w:t>
      </w:r>
    </w:p>
    <w:p>
      <w:pPr>
        <w:keepNext/>
        <w:spacing w:before="160"/>
      </w:pPr>
      <w:r>
        <w:rPr>
          <w:b/>
          <w:color w:val="B87A00"/>
        </w:rPr>
        <w:t xml:space="preserve">70.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naspo, rispetto all'idrante a muro:</w:t>
      </w:r>
    </w:p>
    <w:p>
      <w:pPr>
        <w:keepNext/>
        <w:spacing w:after="0"/>
        <w:ind w:left="454"/>
      </w:pPr>
      <w:r>
        <w:t>☐  A) Funziona senza acqua</w:t>
      </w:r>
    </w:p>
    <w:p>
      <w:pPr>
        <w:keepNext/>
        <w:spacing w:after="0"/>
        <w:ind w:left="454"/>
      </w:pPr>
      <w:r>
        <w:t>☐  B) Ha tubazione semirigida sempre collegata, usabile da una persona</w:t>
      </w:r>
    </w:p>
    <w:p>
      <w:pPr>
        <w:keepNext/>
        <w:spacing w:after="0"/>
        <w:ind w:left="454"/>
      </w:pPr>
      <w:r>
        <w:t>☐  C) È solo per i Vigili del Fuoco</w:t>
      </w:r>
    </w:p>
    <w:p>
      <w:pPr>
        <w:keepNext w:val="0"/>
        <w:spacing w:after="0"/>
        <w:ind w:left="454"/>
      </w:pPr>
      <w:r>
        <w:t>☐  D) Ha una manichetta da stendere tutta</w:t>
      </w:r>
    </w:p>
    <w:p>
      <w:pPr>
        <w:keepNext/>
        <w:spacing w:before="160"/>
      </w:pPr>
      <w:r>
        <w:rPr>
          <w:b/>
          <w:color w:val="B87A00"/>
        </w:rPr>
        <w:t xml:space="preserve">71.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Quando una testina sprinkler si apre:</w:t>
      </w:r>
    </w:p>
    <w:p>
      <w:pPr>
        <w:keepNext/>
        <w:spacing w:after="0"/>
        <w:ind w:left="454"/>
      </w:pPr>
      <w:r>
        <w:t>☐  A) Si spegne la luce</w:t>
      </w:r>
    </w:p>
    <w:p>
      <w:pPr>
        <w:keepNext/>
        <w:spacing w:after="0"/>
        <w:ind w:left="454"/>
      </w:pPr>
      <w:r>
        <w:t>☐  B) Tutte le testine dell'edificio si aprono</w:t>
      </w:r>
    </w:p>
    <w:p>
      <w:pPr>
        <w:keepNext/>
        <w:spacing w:after="0"/>
        <w:ind w:left="454"/>
      </w:pPr>
      <w:r>
        <w:t>☐  C) Scarica acqua solo nella zona raggiunta dal calore</w:t>
      </w:r>
    </w:p>
    <w:p>
      <w:pPr>
        <w:keepNext w:val="0"/>
        <w:spacing w:after="0"/>
        <w:ind w:left="454"/>
      </w:pPr>
      <w:r>
        <w:t>☐  D) Si apre la porta d'ingresso</w:t>
      </w:r>
    </w:p>
    <w:p>
      <w:pPr>
        <w:keepNext/>
        <w:spacing w:before="160"/>
      </w:pPr>
      <w:r>
        <w:rPr>
          <w:b/>
          <w:color w:val="B87A00"/>
        </w:rPr>
        <w:t xml:space="preserve">72.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causa più comune di mancato funzionamento degli sprinkler è:</w:t>
      </w:r>
    </w:p>
    <w:p>
      <w:pPr>
        <w:keepNext/>
        <w:spacing w:after="0"/>
        <w:ind w:left="454"/>
      </w:pPr>
      <w:r>
        <w:t>☐  A) La pioggia</w:t>
      </w:r>
    </w:p>
    <w:p>
      <w:pPr>
        <w:keepNext/>
        <w:spacing w:after="0"/>
        <w:ind w:left="454"/>
      </w:pPr>
      <w:r>
        <w:t>☐  B) L'eccesso di pressione</w:t>
      </w:r>
    </w:p>
    <w:p>
      <w:pPr>
        <w:keepNext/>
        <w:spacing w:after="0"/>
        <w:ind w:left="454"/>
      </w:pPr>
      <w:r>
        <w:t>☐  C) Una valvola di intercettazione lasciata chiusa</w:t>
      </w:r>
    </w:p>
    <w:p>
      <w:pPr>
        <w:keepNext w:val="0"/>
        <w:spacing w:after="0"/>
        <w:ind w:left="454"/>
      </w:pPr>
      <w:r>
        <w:t>☐  D) Il colore delle testine</w:t>
      </w:r>
    </w:p>
    <w:p>
      <w:pPr>
        <w:keepNext/>
        <w:spacing w:before="160"/>
      </w:pPr>
      <w:r>
        <w:rPr>
          <w:b/>
          <w:color w:val="B87A00"/>
        </w:rPr>
        <w:t xml:space="preserve">73.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Negli impianti a CO2 a saturazione totale:</w:t>
      </w:r>
    </w:p>
    <w:p>
      <w:pPr>
        <w:keepNext/>
        <w:spacing w:after="0"/>
        <w:ind w:left="454"/>
      </w:pPr>
      <w:r>
        <w:t>☐  A) Si può restare con una mascherina antipolvere</w:t>
      </w:r>
    </w:p>
    <w:p>
      <w:pPr>
        <w:keepNext/>
        <w:spacing w:after="0"/>
        <w:ind w:left="454"/>
      </w:pPr>
      <w:r>
        <w:t>☐  B) Nessuno deve trovarsi nel locale durante la scarica</w:t>
      </w:r>
    </w:p>
    <w:p>
      <w:pPr>
        <w:keepNext/>
        <w:spacing w:after="0"/>
        <w:ind w:left="454"/>
      </w:pPr>
      <w:r>
        <w:t>☐  C) La CO2 è innocua</w:t>
      </w:r>
    </w:p>
    <w:p>
      <w:pPr>
        <w:keepNext w:val="0"/>
        <w:spacing w:after="0"/>
        <w:ind w:left="454"/>
      </w:pPr>
      <w:r>
        <w:t>☐  D) Si apre la porta durante la scarica</w:t>
      </w:r>
    </w:p>
    <w:p>
      <w:pPr>
        <w:keepNext/>
        <w:spacing w:before="160"/>
      </w:pPr>
      <w:r>
        <w:rPr>
          <w:b/>
          <w:color w:val="B87A00"/>
        </w:rPr>
        <w:t xml:space="preserve">74.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norma di riferimento per gli impianti di rivelazione è:</w:t>
      </w:r>
    </w:p>
    <w:p>
      <w:pPr>
        <w:keepNext/>
        <w:spacing w:after="0"/>
        <w:ind w:left="454"/>
      </w:pPr>
      <w:r>
        <w:t>☐  A) UNI 9994-1</w:t>
      </w:r>
    </w:p>
    <w:p>
      <w:pPr>
        <w:keepNext/>
        <w:spacing w:after="0"/>
        <w:ind w:left="454"/>
      </w:pPr>
      <w:r>
        <w:t>☐  B) UNI 9795</w:t>
      </w:r>
    </w:p>
    <w:p>
      <w:pPr>
        <w:keepNext/>
        <w:spacing w:after="0"/>
        <w:ind w:left="454"/>
      </w:pPr>
      <w:r>
        <w:t>☐  C) UNI EN 12845</w:t>
      </w:r>
    </w:p>
    <w:p>
      <w:pPr>
        <w:keepNext w:val="0"/>
        <w:spacing w:after="0"/>
        <w:ind w:left="454"/>
      </w:pPr>
      <w:r>
        <w:t>☐  D) UNI 10779</w:t>
      </w:r>
    </w:p>
    <w:p>
      <w:pPr>
        <w:keepNext/>
        <w:spacing w:before="160"/>
      </w:pPr>
      <w:r>
        <w:rPr>
          <w:b/>
          <w:color w:val="B87A00"/>
        </w:rPr>
        <w:t xml:space="preserve">75.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Dove il fumo è normalmente presente, come in cucina, si preferiscono rivelatori:</w:t>
      </w:r>
    </w:p>
    <w:p>
      <w:pPr>
        <w:keepNext/>
        <w:spacing w:after="0"/>
        <w:ind w:left="454"/>
      </w:pPr>
      <w:r>
        <w:t>☐  A) A ultrasuoni</w:t>
      </w:r>
    </w:p>
    <w:p>
      <w:pPr>
        <w:keepNext/>
        <w:spacing w:after="0"/>
        <w:ind w:left="454"/>
      </w:pPr>
      <w:r>
        <w:t>☐  B) Di calore</w:t>
      </w:r>
    </w:p>
    <w:p>
      <w:pPr>
        <w:keepNext/>
        <w:spacing w:after="0"/>
        <w:ind w:left="454"/>
      </w:pPr>
      <w:r>
        <w:t>☐  C) Di fumo ottici</w:t>
      </w:r>
    </w:p>
    <w:p>
      <w:pPr>
        <w:keepNext w:val="0"/>
        <w:spacing w:after="0"/>
        <w:ind w:left="454"/>
      </w:pPr>
      <w:r>
        <w:t>☐  D) Di gas</w:t>
      </w:r>
    </w:p>
    <w:p>
      <w:pPr>
        <w:keepNext/>
        <w:spacing w:before="160"/>
      </w:pPr>
      <w:r>
        <w:rPr>
          <w:b/>
          <w:color w:val="B87A00"/>
        </w:rPr>
        <w:t xml:space="preserve">76.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ripristino (reset) della centrale si esegue:</w:t>
      </w:r>
    </w:p>
    <w:p>
      <w:pPr>
        <w:keepNext/>
        <w:spacing w:after="0"/>
        <w:ind w:left="454"/>
      </w:pPr>
      <w:r>
        <w:t>☐  A) Ogni mattina per abitudine</w:t>
      </w:r>
    </w:p>
    <w:p>
      <w:pPr>
        <w:keepNext/>
        <w:spacing w:after="0"/>
        <w:ind w:left="454"/>
      </w:pPr>
      <w:r>
        <w:t>☐  B) Dopo aver verificato la causa dell'allarme</w:t>
      </w:r>
    </w:p>
    <w:p>
      <w:pPr>
        <w:keepNext/>
        <w:spacing w:after="0"/>
        <w:ind w:left="454"/>
      </w:pPr>
      <w:r>
        <w:t>☐  C) Appena suona per non disturbare</w:t>
      </w:r>
    </w:p>
    <w:p>
      <w:pPr>
        <w:keepNext w:val="0"/>
        <w:spacing w:after="0"/>
        <w:ind w:left="454"/>
      </w:pPr>
      <w:r>
        <w:t>☐  D) Solo di notte</w:t>
      </w:r>
    </w:p>
    <w:p>
      <w:pPr>
        <w:keepNext/>
        <w:spacing w:before="160"/>
      </w:pPr>
      <w:r>
        <w:rPr>
          <w:b/>
          <w:color w:val="B87A00"/>
        </w:rPr>
        <w:t xml:space="preserve">77.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Gli evacuatori di fumo e calore funzionano bene solo se:</w:t>
      </w:r>
    </w:p>
    <w:p>
      <w:pPr>
        <w:keepNext/>
        <w:spacing w:after="0"/>
        <w:ind w:left="454"/>
      </w:pPr>
      <w:r>
        <w:t>☐  A) La ventilazione è al massimo</w:t>
      </w:r>
    </w:p>
    <w:p>
      <w:pPr>
        <w:keepNext/>
        <w:spacing w:after="0"/>
        <w:ind w:left="454"/>
      </w:pPr>
      <w:r>
        <w:t>☐  B) Le porte sono tutte chiuse</w:t>
      </w:r>
    </w:p>
    <w:p>
      <w:pPr>
        <w:keepNext/>
        <w:spacing w:after="0"/>
        <w:ind w:left="454"/>
      </w:pPr>
      <w:r>
        <w:t>☐  C) Gli sprinkler sono chiusi</w:t>
      </w:r>
    </w:p>
    <w:p>
      <w:pPr>
        <w:keepNext w:val="0"/>
        <w:spacing w:after="0"/>
        <w:ind w:left="454"/>
      </w:pPr>
      <w:r>
        <w:t>☐  D) Ci sono aperture di afflusso d'aria in basso libere</w:t>
      </w:r>
    </w:p>
    <w:p>
      <w:pPr>
        <w:keepNext/>
        <w:spacing w:before="160"/>
      </w:pPr>
      <w:r>
        <w:rPr>
          <w:b/>
          <w:color w:val="B87A00"/>
        </w:rPr>
        <w:t xml:space="preserve">78.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DM 1 settembre 2021 riguarda:</w:t>
      </w:r>
    </w:p>
    <w:p>
      <w:pPr>
        <w:keepNext/>
        <w:spacing w:after="0"/>
        <w:ind w:left="454"/>
      </w:pPr>
      <w:r>
        <w:t>☐  A) Controlli e manutenzione dei presidi antincendio</w:t>
      </w:r>
    </w:p>
    <w:p>
      <w:pPr>
        <w:keepNext/>
        <w:spacing w:after="0"/>
        <w:ind w:left="454"/>
      </w:pPr>
      <w:r>
        <w:t>☐  B) I luoghi a basso rischio</w:t>
      </w:r>
    </w:p>
    <w:p>
      <w:pPr>
        <w:keepNext/>
        <w:spacing w:after="0"/>
        <w:ind w:left="454"/>
      </w:pPr>
      <w:r>
        <w:t>☐  C) La formazione degli addetti</w:t>
      </w:r>
    </w:p>
    <w:p>
      <w:pPr>
        <w:keepNext w:val="0"/>
        <w:spacing w:after="0"/>
        <w:ind w:left="454"/>
      </w:pPr>
      <w:r>
        <w:t>☐  D) Le attività soggette</w:t>
      </w:r>
    </w:p>
    <w:p>
      <w:pPr>
        <w:keepNext/>
        <w:spacing w:before="160"/>
      </w:pPr>
      <w:r>
        <w:rPr>
          <w:b/>
          <w:color w:val="B87A00"/>
        </w:rPr>
        <w:t xml:space="preserve">79.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piano di emergenza è obbligatorio, tra l'altro, nei luoghi con almeno:</w:t>
      </w:r>
    </w:p>
    <w:p>
      <w:pPr>
        <w:keepNext/>
        <w:spacing w:after="0"/>
        <w:ind w:left="454"/>
      </w:pPr>
      <w:r>
        <w:t>☐  A) 10 lavoratori</w:t>
      </w:r>
    </w:p>
    <w:p>
      <w:pPr>
        <w:keepNext/>
        <w:spacing w:after="0"/>
        <w:ind w:left="454"/>
      </w:pPr>
      <w:r>
        <w:t>☐  B) 100 lavoratori</w:t>
      </w:r>
    </w:p>
    <w:p>
      <w:pPr>
        <w:keepNext/>
        <w:spacing w:after="0"/>
        <w:ind w:left="454"/>
      </w:pPr>
      <w:r>
        <w:t>☐  C) 2 lavoratori</w:t>
      </w:r>
    </w:p>
    <w:p>
      <w:pPr>
        <w:keepNext w:val="0"/>
        <w:spacing w:after="0"/>
        <w:ind w:left="454"/>
      </w:pPr>
      <w:r>
        <w:t>☐  D) 1000 lavoratori</w:t>
      </w:r>
    </w:p>
    <w:p>
      <w:pPr>
        <w:keepNext/>
        <w:spacing w:before="160"/>
      </w:pPr>
      <w:r>
        <w:rPr>
          <w:b/>
          <w:color w:val="B87A00"/>
        </w:rPr>
        <w:t xml:space="preserve">80.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esercitazioni antincendio vanno svolte almeno:</w:t>
      </w:r>
    </w:p>
    <w:p>
      <w:pPr>
        <w:keepNext/>
        <w:spacing w:after="0"/>
        <w:ind w:left="454"/>
      </w:pPr>
      <w:r>
        <w:t>☐  A) Una volta all'anno</w:t>
      </w:r>
    </w:p>
    <w:p>
      <w:pPr>
        <w:keepNext/>
        <w:spacing w:after="0"/>
        <w:ind w:left="454"/>
      </w:pPr>
      <w:r>
        <w:t>☐  B) Una volta al mese</w:t>
      </w:r>
    </w:p>
    <w:p>
      <w:pPr>
        <w:keepNext/>
        <w:spacing w:after="0"/>
        <w:ind w:left="454"/>
      </w:pPr>
      <w:r>
        <w:t>☐  C) Una volta ogni cinque anni</w:t>
      </w:r>
    </w:p>
    <w:p>
      <w:pPr>
        <w:keepNext w:val="0"/>
        <w:spacing w:after="0"/>
        <w:ind w:left="454"/>
      </w:pPr>
      <w:r>
        <w:t>☐  D) Solo durante il corso</w:t>
      </w:r>
    </w:p>
    <w:p>
      <w:pPr>
        <w:keepNext/>
        <w:spacing w:before="160"/>
      </w:pPr>
      <w:r>
        <w:rPr>
          <w:b/>
          <w:color w:val="B87A00"/>
        </w:rPr>
        <w:t xml:space="preserve">81.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regole tecniche verticali del Codice riguardano:</w:t>
      </w:r>
    </w:p>
    <w:p>
      <w:pPr>
        <w:keepNext/>
        <w:spacing w:after="0"/>
        <w:ind w:left="454"/>
      </w:pPr>
      <w:r>
        <w:t>☐  A) Solo gli estintori</w:t>
      </w:r>
    </w:p>
    <w:p>
      <w:pPr>
        <w:keepNext/>
        <w:spacing w:after="0"/>
        <w:ind w:left="454"/>
      </w:pPr>
      <w:r>
        <w:t>☐  B) I contratti di lavoro</w:t>
      </w:r>
    </w:p>
    <w:p>
      <w:pPr>
        <w:keepNext/>
        <w:spacing w:after="0"/>
        <w:ind w:left="454"/>
      </w:pPr>
      <w:r>
        <w:t>☐  C) Le norme di guida</w:t>
      </w:r>
    </w:p>
    <w:p>
      <w:pPr>
        <w:keepNext w:val="0"/>
        <w:spacing w:after="0"/>
        <w:ind w:left="454"/>
      </w:pPr>
      <w:r>
        <w:t>☐  D) Specifiche attività come uffici, alberghi, scuole</w:t>
      </w:r>
    </w:p>
    <w:p>
      <w:pPr>
        <w:keepNext/>
        <w:spacing w:before="160"/>
      </w:pPr>
      <w:r>
        <w:rPr>
          <w:b/>
          <w:color w:val="B87A00"/>
        </w:rPr>
        <w:t xml:space="preserve">82.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SCIA antincendio si presenta:</w:t>
      </w:r>
    </w:p>
    <w:p>
      <w:pPr>
        <w:keepNext/>
        <w:spacing w:after="0"/>
        <w:ind w:left="454"/>
      </w:pPr>
      <w:r>
        <w:t>☐  A) Prima di avviare un'attività soggetta</w:t>
      </w:r>
    </w:p>
    <w:p>
      <w:pPr>
        <w:keepNext/>
        <w:spacing w:after="0"/>
        <w:ind w:left="454"/>
      </w:pPr>
      <w:r>
        <w:t>☐  B) Dopo un incendio</w:t>
      </w:r>
    </w:p>
    <w:p>
      <w:pPr>
        <w:keepNext/>
        <w:spacing w:after="0"/>
        <w:ind w:left="454"/>
      </w:pPr>
      <w:r>
        <w:t>☐  C) Solo ogni dieci anni</w:t>
      </w:r>
    </w:p>
    <w:p>
      <w:pPr>
        <w:keepNext w:val="0"/>
        <w:spacing w:after="0"/>
        <w:ind w:left="454"/>
      </w:pPr>
      <w:r>
        <w:t>☐  D) Al medico competente</w:t>
      </w:r>
    </w:p>
    <w:p>
      <w:pPr>
        <w:keepNext/>
        <w:spacing w:before="160"/>
      </w:pPr>
      <w:r>
        <w:rPr>
          <w:b/>
          <w:color w:val="B87A00"/>
        </w:rPr>
        <w:t xml:space="preserve">83.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Una porta tagliafuoco a due ante si chiude nella giusta sequenza grazie al:</w:t>
      </w:r>
    </w:p>
    <w:p>
      <w:pPr>
        <w:keepNext/>
        <w:spacing w:after="0"/>
        <w:ind w:left="454"/>
      </w:pPr>
      <w:r>
        <w:t>☐  A) Regolatore di chiusura</w:t>
      </w:r>
    </w:p>
    <w:p>
      <w:pPr>
        <w:keepNext/>
        <w:spacing w:after="0"/>
        <w:ind w:left="454"/>
      </w:pPr>
      <w:r>
        <w:t>☐  B) Cartello</w:t>
      </w:r>
    </w:p>
    <w:p>
      <w:pPr>
        <w:keepNext/>
        <w:spacing w:after="0"/>
        <w:ind w:left="454"/>
      </w:pPr>
      <w:r>
        <w:t>☐  C) Maniglione antipanico</w:t>
      </w:r>
    </w:p>
    <w:p>
      <w:pPr>
        <w:keepNext w:val="0"/>
        <w:spacing w:after="0"/>
        <w:ind w:left="454"/>
      </w:pPr>
      <w:r>
        <w:t>☐  D) Fermo elettromagnetico</w:t>
      </w:r>
    </w:p>
    <w:p>
      <w:pPr>
        <w:keepNext/>
        <w:spacing w:before="160"/>
      </w:pPr>
      <w:r>
        <w:rPr>
          <w:b/>
          <w:color w:val="B87A00"/>
        </w:rPr>
        <w:t xml:space="preserve">84.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serrande tagliafuoco si trovano:</w:t>
      </w:r>
    </w:p>
    <w:p>
      <w:pPr>
        <w:keepNext/>
        <w:spacing w:after="0"/>
        <w:ind w:left="454"/>
      </w:pPr>
      <w:r>
        <w:t>☐  A) Negli estintori</w:t>
      </w:r>
    </w:p>
    <w:p>
      <w:pPr>
        <w:keepNext/>
        <w:spacing w:after="0"/>
        <w:ind w:left="454"/>
      </w:pPr>
      <w:r>
        <w:t>☐  B) Nelle condotte di ventilazione che attraversano pareti di compartimento</w:t>
      </w:r>
    </w:p>
    <w:p>
      <w:pPr>
        <w:keepNext/>
        <w:spacing w:after="0"/>
        <w:ind w:left="454"/>
      </w:pPr>
      <w:r>
        <w:t>☐  C) Sui naspi</w:t>
      </w:r>
    </w:p>
    <w:p>
      <w:pPr>
        <w:keepNext w:val="0"/>
        <w:spacing w:after="0"/>
        <w:ind w:left="454"/>
      </w:pPr>
      <w:r>
        <w:t>☐  D) Sulle finestre</w:t>
      </w:r>
    </w:p>
    <w:p>
      <w:pPr>
        <w:keepNext/>
        <w:spacing w:before="160"/>
      </w:pPr>
      <w:r>
        <w:rPr>
          <w:b/>
          <w:color w:val="B87A00"/>
        </w:rPr>
        <w:t xml:space="preserve">85.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L'illuminazione di sicurezza deve funzionare, di solito, per almeno:</w:t>
      </w:r>
    </w:p>
    <w:p>
      <w:pPr>
        <w:keepNext/>
        <w:spacing w:after="0"/>
        <w:ind w:left="454"/>
      </w:pPr>
      <w:r>
        <w:t>☐  A) Una settimana</w:t>
      </w:r>
    </w:p>
    <w:p>
      <w:pPr>
        <w:keepNext/>
        <w:spacing w:after="0"/>
        <w:ind w:left="454"/>
      </w:pPr>
      <w:r>
        <w:t>☐  B) Dieci secondi</w:t>
      </w:r>
    </w:p>
    <w:p>
      <w:pPr>
        <w:keepNext/>
        <w:spacing w:after="0"/>
        <w:ind w:left="454"/>
      </w:pPr>
      <w:r>
        <w:t>☐  C) Cinque minuti</w:t>
      </w:r>
    </w:p>
    <w:p>
      <w:pPr>
        <w:keepNext w:val="0"/>
        <w:spacing w:after="0"/>
        <w:ind w:left="454"/>
      </w:pPr>
      <w:r>
        <w:t>☐  D) Un'ora</w:t>
      </w:r>
    </w:p>
    <w:p>
      <w:pPr>
        <w:keepNext/>
        <w:spacing w:before="160"/>
      </w:pPr>
      <w:r>
        <w:rPr>
          <w:b/>
          <w:color w:val="B87A00"/>
        </w:rPr>
        <w:t xml:space="preserve">86.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metodo del compagno (buddy) serve a:</w:t>
      </w:r>
    </w:p>
    <w:p>
      <w:pPr>
        <w:keepNext/>
        <w:spacing w:after="0"/>
        <w:ind w:left="454"/>
      </w:pPr>
      <w:r>
        <w:t>☐  A) Controllare gli estintori</w:t>
      </w:r>
    </w:p>
    <w:p>
      <w:pPr>
        <w:keepNext/>
        <w:spacing w:after="0"/>
        <w:ind w:left="454"/>
      </w:pPr>
      <w:r>
        <w:t>☐  B) Chiamare il 112</w:t>
      </w:r>
    </w:p>
    <w:p>
      <w:pPr>
        <w:keepNext/>
        <w:spacing w:after="0"/>
        <w:ind w:left="454"/>
      </w:pPr>
      <w:r>
        <w:t>☐  C) Assistere nell'evacuazione le persone con esigenze speciali</w:t>
      </w:r>
    </w:p>
    <w:p>
      <w:pPr>
        <w:keepNext w:val="0"/>
        <w:spacing w:after="0"/>
        <w:ind w:left="454"/>
      </w:pPr>
      <w:r>
        <w:t>☐  D) Fare l'appello</w:t>
      </w:r>
    </w:p>
    <w:p>
      <w:pPr>
        <w:keepNext/>
        <w:spacing w:before="160"/>
      </w:pPr>
      <w:r>
        <w:rPr>
          <w:b/>
          <w:color w:val="B87A00"/>
        </w:rPr>
        <w:t xml:space="preserve">87.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Nei locali protetti a CO2, prima della scarica automatica:</w:t>
      </w:r>
    </w:p>
    <w:p>
      <w:pPr>
        <w:keepNext/>
        <w:spacing w:after="0"/>
        <w:ind w:left="454"/>
      </w:pPr>
      <w:r>
        <w:t>☐  A) La porta si chiude a chiave</w:t>
      </w:r>
    </w:p>
    <w:p>
      <w:pPr>
        <w:keepNext/>
        <w:spacing w:after="0"/>
        <w:ind w:left="454"/>
      </w:pPr>
      <w:r>
        <w:t>☐  B) Non succede nulla</w:t>
      </w:r>
    </w:p>
    <w:p>
      <w:pPr>
        <w:keepNext/>
        <w:spacing w:after="0"/>
        <w:ind w:left="454"/>
      </w:pPr>
      <w:r>
        <w:t>☐  C) Si accendono gli sprinkler</w:t>
      </w:r>
    </w:p>
    <w:p>
      <w:pPr>
        <w:keepNext w:val="0"/>
        <w:spacing w:after="0"/>
        <w:ind w:left="454"/>
      </w:pPr>
      <w:r>
        <w:t>☐  D) Suona un preallarme con tempo di ritardo per uscire</w:t>
      </w:r>
    </w:p>
    <w:p>
      <w:pPr>
        <w:keepNext/>
        <w:spacing w:before="160"/>
      </w:pPr>
      <w:r>
        <w:rPr>
          <w:b/>
          <w:color w:val="B87A00"/>
        </w:rPr>
        <w:t xml:space="preserve">88.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Quale rivelatore è adatto a grandi capannoni alti?</w:t>
      </w:r>
    </w:p>
    <w:p>
      <w:pPr>
        <w:keepNext/>
        <w:spacing w:after="0"/>
        <w:ind w:left="454"/>
      </w:pPr>
      <w:r>
        <w:t>☐  A) Il rivelatore lineare a fascio</w:t>
      </w:r>
    </w:p>
    <w:p>
      <w:pPr>
        <w:keepNext/>
        <w:spacing w:after="0"/>
        <w:ind w:left="454"/>
      </w:pPr>
      <w:r>
        <w:t>☐  B) Il rivelatore puntiforme in bagno</w:t>
      </w:r>
    </w:p>
    <w:p>
      <w:pPr>
        <w:keepNext/>
        <w:spacing w:after="0"/>
        <w:ind w:left="454"/>
      </w:pPr>
      <w:r>
        <w:t>☐  C) Il rivelatore di CO domestico</w:t>
      </w:r>
    </w:p>
    <w:p>
      <w:pPr>
        <w:keepNext w:val="0"/>
        <w:spacing w:after="0"/>
        <w:ind w:left="454"/>
      </w:pPr>
      <w:r>
        <w:t>☐  D) Nessuno</w:t>
      </w:r>
    </w:p>
    <w:p>
      <w:pPr>
        <w:keepNext/>
        <w:spacing w:before="160"/>
      </w:pPr>
      <w:r>
        <w:rPr>
          <w:b/>
          <w:color w:val="B87A00"/>
        </w:rPr>
        <w:t xml:space="preserve">89.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tacitazione della centrale:</w:t>
      </w:r>
    </w:p>
    <w:p>
      <w:pPr>
        <w:keepNext/>
        <w:spacing w:after="0"/>
        <w:ind w:left="454"/>
      </w:pPr>
      <w:r>
        <w:t>☐  A) Spegne l'impianto</w:t>
      </w:r>
    </w:p>
    <w:p>
      <w:pPr>
        <w:keepNext/>
        <w:spacing w:after="0"/>
        <w:ind w:left="454"/>
      </w:pPr>
      <w:r>
        <w:t>☐  B) Spegne le sirene ma mantiene l'allarme in memoria</w:t>
      </w:r>
    </w:p>
    <w:p>
      <w:pPr>
        <w:keepNext/>
        <w:spacing w:after="0"/>
        <w:ind w:left="454"/>
      </w:pPr>
      <w:r>
        <w:t>☐  C) Apre le porte</w:t>
      </w:r>
    </w:p>
    <w:p>
      <w:pPr>
        <w:keepNext w:val="0"/>
        <w:spacing w:after="0"/>
        <w:ind w:left="454"/>
      </w:pPr>
      <w:r>
        <w:t>☐  D) Cancella l'allarme</w:t>
      </w:r>
    </w:p>
    <w:p>
      <w:pPr>
        <w:keepNext/>
        <w:spacing w:before="160"/>
      </w:pPr>
      <w:r>
        <w:rPr>
          <w:b/>
          <w:color w:val="B87A00"/>
        </w:rPr>
        <w:t xml:space="preserve">90.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pratica di prevenzione incendi va aggiornata quando:</w:t>
      </w:r>
    </w:p>
    <w:p>
      <w:pPr>
        <w:keepNext/>
        <w:spacing w:after="0"/>
        <w:ind w:left="454"/>
      </w:pPr>
      <w:r>
        <w:t>☐  A) Cambia il colore delle pareti</w:t>
      </w:r>
    </w:p>
    <w:p>
      <w:pPr>
        <w:keepNext/>
        <w:spacing w:after="0"/>
        <w:ind w:left="454"/>
      </w:pPr>
      <w:r>
        <w:t>☐  B) Arriva un nuovo dipendente</w:t>
      </w:r>
    </w:p>
    <w:p>
      <w:pPr>
        <w:keepNext/>
        <w:spacing w:after="0"/>
        <w:ind w:left="454"/>
      </w:pPr>
      <w:r>
        <w:t>☐  C) Si sostituisce un computer</w:t>
      </w:r>
    </w:p>
    <w:p>
      <w:pPr>
        <w:keepNext w:val="0"/>
        <w:spacing w:after="0"/>
        <w:ind w:left="454"/>
      </w:pPr>
      <w:r>
        <w:t>☐  D) Una modifica peggiora le condizioni di sicurezza</w:t>
      </w:r>
    </w:p>
    <w:p>
      <w:pPr>
        <w:keepNext/>
        <w:spacing w:before="160"/>
      </w:pPr>
      <w:r>
        <w:rPr>
          <w:b/>
          <w:color w:val="B87A00"/>
        </w:rPr>
        <w:t xml:space="preserve">91.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La norma sulla manutenzione degli estintori è la UNI ___.</w:t>
      </w:r>
    </w:p>
    <w:p>
      <w:pPr>
        <w:keepNext/>
        <w:spacing w:after="0"/>
        <w:ind w:left="454"/>
      </w:pPr>
      <w:r>
        <w:t>☐  A) 9994-1</w:t>
      </w:r>
    </w:p>
    <w:p>
      <w:pPr>
        <w:keepNext/>
        <w:spacing w:after="0"/>
        <w:ind w:left="454"/>
      </w:pPr>
      <w:r>
        <w:t>☐  B) 9795</w:t>
      </w:r>
    </w:p>
    <w:p>
      <w:pPr>
        <w:keepNext/>
        <w:spacing w:after="0"/>
        <w:ind w:left="454"/>
      </w:pPr>
      <w:r>
        <w:t>☐  C) 1125</w:t>
      </w:r>
    </w:p>
    <w:p>
      <w:pPr>
        <w:keepNext w:val="0"/>
        <w:spacing w:after="0"/>
        <w:ind w:left="454"/>
      </w:pPr>
      <w:r>
        <w:t>☐  D) 10779</w:t>
      </w:r>
    </w:p>
    <w:p>
      <w:pPr>
        <w:keepNext/>
        <w:spacing w:before="160"/>
      </w:pPr>
      <w:r>
        <w:rPr>
          <w:b/>
          <w:color w:val="B87A00"/>
        </w:rPr>
        <w:t xml:space="preserve">92.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controllo periodico degli estintori da parte del tecnico avviene almeno ogni ___ mesi.</w:t>
      </w:r>
    </w:p>
    <w:p>
      <w:pPr>
        <w:keepNext/>
        <w:spacing w:after="0"/>
        <w:ind w:left="454"/>
      </w:pPr>
      <w:r>
        <w:t>☐  A) 6</w:t>
      </w:r>
    </w:p>
    <w:p>
      <w:pPr>
        <w:keepNext/>
        <w:spacing w:after="0"/>
        <w:ind w:left="454"/>
      </w:pPr>
      <w:r>
        <w:t>☐  B) 24</w:t>
      </w:r>
    </w:p>
    <w:p>
      <w:pPr>
        <w:keepNext/>
        <w:spacing w:after="0"/>
        <w:ind w:left="454"/>
      </w:pPr>
      <w:r>
        <w:t>☐  C) 60</w:t>
      </w:r>
    </w:p>
    <w:p>
      <w:pPr>
        <w:keepNext w:val="0"/>
        <w:spacing w:after="0"/>
        <w:ind w:left="454"/>
      </w:pPr>
      <w:r>
        <w:t>☐  D) 1</w:t>
      </w:r>
    </w:p>
    <w:p>
      <w:pPr>
        <w:keepNext/>
        <w:spacing w:before="160"/>
      </w:pPr>
      <w:r>
        <w:rPr>
          <w:b/>
          <w:color w:val="B87A00"/>
        </w:rPr>
        <w:t xml:space="preserve">93.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Gli estintori a polvere si revisionano ogni ___ mesi.</w:t>
      </w:r>
    </w:p>
    <w:p>
      <w:pPr>
        <w:keepNext/>
        <w:spacing w:after="0"/>
        <w:ind w:left="454"/>
      </w:pPr>
      <w:r>
        <w:t>☐  A) 120</w:t>
      </w:r>
    </w:p>
    <w:p>
      <w:pPr>
        <w:keepNext/>
        <w:spacing w:after="0"/>
        <w:ind w:left="454"/>
      </w:pPr>
      <w:r>
        <w:t>☐  B) 36</w:t>
      </w:r>
    </w:p>
    <w:p>
      <w:pPr>
        <w:keepNext/>
        <w:spacing w:after="0"/>
        <w:ind w:left="454"/>
      </w:pPr>
      <w:r>
        <w:t>☐  C) 6</w:t>
      </w:r>
    </w:p>
    <w:p>
      <w:pPr>
        <w:keepNext w:val="0"/>
        <w:spacing w:after="0"/>
        <w:ind w:left="454"/>
      </w:pPr>
      <w:r>
        <w:t>☐  D) 12</w:t>
      </w:r>
    </w:p>
    <w:p>
      <w:pPr>
        <w:keepNext/>
        <w:spacing w:before="160"/>
      </w:pPr>
      <w:r>
        <w:rPr>
          <w:b/>
          <w:color w:val="B87A00"/>
        </w:rPr>
        <w:t xml:space="preserve">94.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documento in cui si annotano controlli e manutenzioni si chiama registro dei ___.</w:t>
      </w:r>
    </w:p>
    <w:p>
      <w:pPr>
        <w:keepNext/>
        <w:spacing w:after="0"/>
        <w:ind w:left="454"/>
      </w:pPr>
      <w:r>
        <w:t>☐  A) turni</w:t>
      </w:r>
    </w:p>
    <w:p>
      <w:pPr>
        <w:keepNext/>
        <w:spacing w:after="0"/>
        <w:ind w:left="454"/>
      </w:pPr>
      <w:r>
        <w:t>☐  B) rifiuti</w:t>
      </w:r>
    </w:p>
    <w:p>
      <w:pPr>
        <w:keepNext/>
        <w:spacing w:after="0"/>
        <w:ind w:left="454"/>
      </w:pPr>
      <w:r>
        <w:t>☐  C) controlli</w:t>
      </w:r>
    </w:p>
    <w:p>
      <w:pPr>
        <w:keepNext w:val="0"/>
        <w:spacing w:after="0"/>
        <w:ind w:left="454"/>
      </w:pPr>
      <w:r>
        <w:t>☐  D) visitatori</w:t>
      </w:r>
    </w:p>
    <w:p>
      <w:pPr>
        <w:keepNext/>
        <w:spacing w:before="160"/>
      </w:pPr>
      <w:r>
        <w:rPr>
          <w:b/>
          <w:color w:val="B87A00"/>
        </w:rPr>
        <w:t xml:space="preserve">95.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 cartelli che indicano le uscite di emergenza sono di colore ___.</w:t>
      </w:r>
    </w:p>
    <w:p>
      <w:pPr>
        <w:keepNext/>
        <w:spacing w:after="0"/>
        <w:ind w:left="454"/>
      </w:pPr>
      <w:r>
        <w:t>☐  A) blu</w:t>
      </w:r>
    </w:p>
    <w:p>
      <w:pPr>
        <w:keepNext/>
        <w:spacing w:after="0"/>
        <w:ind w:left="454"/>
      </w:pPr>
      <w:r>
        <w:t>☐  B) verde</w:t>
      </w:r>
    </w:p>
    <w:p>
      <w:pPr>
        <w:keepNext/>
        <w:spacing w:after="0"/>
        <w:ind w:left="454"/>
      </w:pPr>
      <w:r>
        <w:t>☐  C) rosso</w:t>
      </w:r>
    </w:p>
    <w:p>
      <w:pPr>
        <w:keepNext w:val="0"/>
        <w:spacing w:after="0"/>
        <w:ind w:left="454"/>
      </w:pPr>
      <w:r>
        <w:t>☐  D) giallo</w:t>
      </w:r>
    </w:p>
    <w:p>
      <w:pPr>
        <w:keepNext/>
        <w:spacing w:before="160"/>
      </w:pPr>
      <w:r>
        <w:rPr>
          <w:b/>
          <w:color w:val="B87A00"/>
        </w:rPr>
        <w:t xml:space="preserve">96.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La norma sulla progettazione delle reti idranti è la UNI ___.</w:t>
      </w:r>
    </w:p>
    <w:p>
      <w:pPr>
        <w:keepNext/>
        <w:spacing w:after="0"/>
        <w:ind w:left="454"/>
      </w:pPr>
      <w:r>
        <w:t>☐  A) 10779</w:t>
      </w:r>
    </w:p>
    <w:p>
      <w:pPr>
        <w:keepNext/>
        <w:spacing w:after="0"/>
        <w:ind w:left="454"/>
      </w:pPr>
      <w:r>
        <w:t>☐  B) 2</w:t>
      </w:r>
    </w:p>
    <w:p>
      <w:pPr>
        <w:keepNext/>
        <w:spacing w:after="0"/>
        <w:ind w:left="454"/>
      </w:pPr>
      <w:r>
        <w:t>☐  C) 1125</w:t>
      </w:r>
    </w:p>
    <w:p>
      <w:pPr>
        <w:keepNext w:val="0"/>
        <w:spacing w:after="0"/>
        <w:ind w:left="454"/>
      </w:pPr>
      <w:r>
        <w:t>☐  D) 9795</w:t>
      </w:r>
    </w:p>
    <w:p>
      <w:pPr>
        <w:keepNext/>
        <w:spacing w:before="160"/>
      </w:pPr>
      <w:r>
        <w:rPr>
          <w:b/>
          <w:color w:val="B87A00"/>
        </w:rPr>
        <w:t xml:space="preserve">97.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Una centrale termica oltre 116 kW è un'attività soggetta ai controlli dei Vigili del Fuoco.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98.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L'addetto di livello 2 deve progettare le misure di compartimentazione.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99.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Una scaffalatura spostata può ridurre un corridoio sotto la larghezza minima d'esodo.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100.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Le uscite di emergenza possono essere chiuse a chiave durante l'orario di lavoro per evitare furti.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101.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L'illuminazione di sicurezza richiede prove periodiche di funzionamento e autonomia.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102.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Gli ascensori ordinari si possono usare durante l'evacuazione per le persone in carrozzina.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103.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Per stendere un idrante si apre prima la valvola e poi si srotola la manichetta.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104.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Le testine sprinkler non vanno verniciate.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105.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La centrale di rivelazione può comandare la chiusura delle porte tagliafuoco e l'arresto della ventilazione.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106.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Frequenti falsi allarmi rendono più pronta la reazione delle persone.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107.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 moduli fotovoltaici smettono di produrre tensione appena si apre l'interruttore generale dell'edificio.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108.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La sorveglianza visiva dei presidi può essere svolta dagli addetti formati.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109.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Durante il terremoto si corre subito fuori dall'edificio.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110.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Le guarnizioni termoespandenti delle porte tagliafuoco possono essere verniciate.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111.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Il piano di emergenza deve prevedere anche eventi diversi dall'incendio, come terremoto o fuga di gas.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112.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Le prove dell'illuminazione di sicurezza vanno annotate nel registro.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113.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Trovi una porta tagliafuoco della scala bloccata aperta con un estintore.</w:t>
      </w:r>
    </w:p>
    <w:p>
      <w:pPr>
        <w:keepNext/>
        <w:spacing w:after="0"/>
        <w:ind w:left="454"/>
      </w:pPr>
      <w:r>
        <w:t>☐  A) Togli il cartello della porta</w:t>
      </w:r>
    </w:p>
    <w:p>
      <w:pPr>
        <w:keepNext/>
        <w:spacing w:after="0"/>
        <w:ind w:left="454"/>
      </w:pPr>
      <w:r>
        <w:t>☐  B) Liberi la porta, rimetti l'estintore al suo posto e segnali il problema</w:t>
      </w:r>
    </w:p>
    <w:p>
      <w:pPr>
        <w:keepNext w:val="0"/>
        <w:spacing w:after="0"/>
        <w:ind w:left="454"/>
      </w:pPr>
      <w:r>
        <w:t>☐  C) La lasci così perché passano i carrelli</w:t>
      </w:r>
    </w:p>
    <w:p>
      <w:pPr>
        <w:keepNext/>
        <w:spacing w:before="160"/>
      </w:pPr>
      <w:r>
        <w:rPr>
          <w:b/>
          <w:color w:val="B87A00"/>
        </w:rPr>
        <w:t xml:space="preserve">114.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Un elettricista ha passato un cavo attraverso una parete tagliafuoco lasciando un foro.</w:t>
      </w:r>
    </w:p>
    <w:p>
      <w:pPr>
        <w:keepNext/>
        <w:spacing w:after="0"/>
        <w:ind w:left="454"/>
      </w:pPr>
      <w:r>
        <w:t>☐  A) Lo chiudi con schiuma poliuretanica comune</w:t>
      </w:r>
    </w:p>
    <w:p>
      <w:pPr>
        <w:keepNext/>
        <w:spacing w:after="0"/>
        <w:ind w:left="454"/>
      </w:pPr>
      <w:r>
        <w:t>☐  B) Non è un problema</w:t>
      </w:r>
    </w:p>
    <w:p>
      <w:pPr>
        <w:keepNext w:val="0"/>
        <w:spacing w:after="0"/>
        <w:ind w:left="454"/>
      </w:pPr>
      <w:r>
        <w:t>☐  C) Chiedi che il foro sia sigillato con un sistema certificato e segnali</w:t>
      </w:r>
    </w:p>
    <w:p>
      <w:pPr>
        <w:keepNext/>
        <w:spacing w:before="160"/>
      </w:pPr>
      <w:r>
        <w:rPr>
          <w:b/>
          <w:color w:val="B87A00"/>
        </w:rPr>
        <w:t xml:space="preserve">115.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La centrale di rivelazione segnala un guasto in una zona da tre giorni.</w:t>
      </w:r>
    </w:p>
    <w:p>
      <w:pPr>
        <w:keepNext/>
        <w:spacing w:after="0"/>
        <w:ind w:left="454"/>
      </w:pPr>
      <w:r>
        <w:t>☐  A) Aspetti il controllo semestrale</w:t>
      </w:r>
    </w:p>
    <w:p>
      <w:pPr>
        <w:keepNext/>
        <w:spacing w:after="0"/>
        <w:ind w:left="454"/>
      </w:pPr>
      <w:r>
        <w:t>☐  B) Escludi la zona per non sentire il segnale</w:t>
      </w:r>
    </w:p>
    <w:p>
      <w:pPr>
        <w:keepNext w:val="0"/>
        <w:spacing w:after="0"/>
        <w:ind w:left="454"/>
      </w:pPr>
      <w:r>
        <w:t>☐  C) Annoti, avvisi il manutentore e proponi controlli compensativi</w:t>
      </w:r>
    </w:p>
    <w:p>
      <w:pPr>
        <w:keepNext/>
        <w:spacing w:before="160"/>
      </w:pPr>
      <w:r>
        <w:rPr>
          <w:b/>
          <w:color w:val="B87A00"/>
        </w:rPr>
        <w:t xml:space="preserve">116.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Davanti a un'uscita di emergenza all'esterno è parcheggiato un furgone.</w:t>
      </w:r>
    </w:p>
    <w:p>
      <w:pPr>
        <w:keepNext/>
        <w:spacing w:after="0"/>
        <w:ind w:left="454"/>
      </w:pPr>
      <w:r>
        <w:t>☐  A) Fai spostare subito il furgone e segnali</w:t>
      </w:r>
    </w:p>
    <w:p>
      <w:pPr>
        <w:keepNext/>
        <w:spacing w:after="0"/>
        <w:ind w:left="454"/>
      </w:pPr>
      <w:r>
        <w:t>☐  B) Aspetti la prossima esercitazione</w:t>
      </w:r>
    </w:p>
    <w:p>
      <w:pPr>
        <w:keepNext w:val="0"/>
        <w:spacing w:after="0"/>
        <w:ind w:left="454"/>
      </w:pPr>
      <w:r>
        <w:t>☐  C) Usi un'altra uscita senza dire nulla</w:t>
      </w:r>
    </w:p>
    <w:p>
      <w:pPr>
        <w:keepNext/>
        <w:spacing w:before="160"/>
      </w:pPr>
      <w:r>
        <w:rPr>
          <w:b/>
          <w:color w:val="B87A00"/>
        </w:rPr>
        <w:t xml:space="preserve">117.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Durante l'esercitazione molti lavoratori escono dall'ingresso principale ignorando le uscite di emergenza vicine.</w:t>
      </w:r>
    </w:p>
    <w:p>
      <w:pPr>
        <w:keepNext/>
        <w:spacing w:after="0"/>
        <w:ind w:left="454"/>
      </w:pPr>
      <w:r>
        <w:t>☐  A) Chiudi l'ingresso principale a chiave</w:t>
      </w:r>
    </w:p>
    <w:p>
      <w:pPr>
        <w:keepNext/>
        <w:spacing w:after="0"/>
        <w:ind w:left="454"/>
      </w:pPr>
      <w:r>
        <w:t>☐  B) Va bene così, l'importante è uscire</w:t>
      </w:r>
    </w:p>
    <w:p>
      <w:pPr>
        <w:keepNext w:val="0"/>
        <w:spacing w:after="0"/>
        <w:ind w:left="454"/>
      </w:pPr>
      <w:r>
        <w:t>☐  C) Annoti il problema e proponi addetti agli incroci e prove sulle uscite</w:t>
      </w:r>
    </w:p>
    <w:p>
      <w:pPr>
        <w:keepNext/>
        <w:spacing w:before="160"/>
      </w:pPr>
      <w:r>
        <w:rPr>
          <w:b/>
          <w:color w:val="B87A00"/>
        </w:rPr>
        <w:t xml:space="preserve">118. </w:t>
      </w:r>
      <w:r>
        <w:rPr>
          <w:i/>
          <w:color w:val="777777"/>
          <w:sz w:val="17"/>
        </w:rPr>
        <w:t xml:space="preserve">[Metti in ordine] </w:t>
      </w:r>
      <w:r>
        <w:rPr>
          <w:b/>
        </w:rPr>
        <w:t>Usare un idrante a muro – metti le fasi nell'ordine corretto</w:t>
      </w:r>
    </w:p>
    <w:p>
      <w:pPr>
        <w:keepNext/>
        <w:spacing w:after="0"/>
        <w:ind w:left="454"/>
      </w:pPr>
      <w:r>
        <w:t>☐  A) Collegare lancia e valvola</w:t>
      </w:r>
    </w:p>
    <w:p>
      <w:pPr>
        <w:keepNext/>
        <w:spacing w:after="0"/>
        <w:ind w:left="454"/>
      </w:pPr>
      <w:r>
        <w:t>☐  B) Una persona impugna la lancia</w:t>
      </w:r>
    </w:p>
    <w:p>
      <w:pPr>
        <w:keepNext/>
        <w:spacing w:after="0"/>
        <w:ind w:left="454"/>
      </w:pPr>
      <w:r>
        <w:t>☐  C) Aprire la cassetta</w:t>
      </w:r>
    </w:p>
    <w:p>
      <w:pPr>
        <w:keepNext/>
        <w:spacing w:after="0"/>
        <w:ind w:left="454"/>
      </w:pPr>
      <w:r>
        <w:t>☐  D) Stendere completamente la manichetta senza pieghe</w:t>
      </w:r>
    </w:p>
    <w:p>
      <w:pPr>
        <w:keepNext w:val="0"/>
        <w:spacing w:after="0"/>
        <w:ind w:left="454"/>
      </w:pPr>
      <w:r>
        <w:t>☐  E) L'altra apre la valvola</w:t>
      </w:r>
    </w:p>
    <w:p>
      <w:pPr>
        <w:ind w:left="454"/>
      </w:pPr>
      <w:r>
        <w:t>Ordine corretto: ____ – ____ – ____ – ____ – ____</w:t>
      </w:r>
    </w:p>
    <w:p>
      <w:pPr>
        <w:keepNext/>
        <w:spacing w:before="160"/>
      </w:pPr>
      <w:r>
        <w:rPr>
          <w:b/>
          <w:color w:val="B87A00"/>
        </w:rPr>
        <w:t xml:space="preserve">119. </w:t>
      </w:r>
      <w:r>
        <w:rPr>
          <w:i/>
          <w:color w:val="777777"/>
          <w:sz w:val="17"/>
        </w:rPr>
        <w:t xml:space="preserve">[Metti in ordine] </w:t>
      </w:r>
      <w:r>
        <w:rPr>
          <w:b/>
        </w:rPr>
        <w:t>Esercitazione antincendio – metti le fasi nell'ordine corretto</w:t>
      </w:r>
    </w:p>
    <w:p>
      <w:pPr>
        <w:keepNext/>
        <w:spacing w:after="0"/>
        <w:ind w:left="454"/>
      </w:pPr>
      <w:r>
        <w:t>☐  A) Informare addetti e osservatori</w:t>
      </w:r>
    </w:p>
    <w:p>
      <w:pPr>
        <w:keepNext/>
        <w:spacing w:after="0"/>
        <w:ind w:left="454"/>
      </w:pPr>
      <w:r>
        <w:t>☐  B) Svolgere la prova misurando i tempi</w:t>
      </w:r>
    </w:p>
    <w:p>
      <w:pPr>
        <w:keepNext/>
        <w:spacing w:after="0"/>
        <w:ind w:left="454"/>
      </w:pPr>
      <w:r>
        <w:t>☐  C) Assegnare azioni correttive con scadenze</w:t>
      </w:r>
    </w:p>
    <w:p>
      <w:pPr>
        <w:keepNext/>
        <w:spacing w:after="0"/>
        <w:ind w:left="454"/>
      </w:pPr>
      <w:r>
        <w:t>☐  D) Definire obiettivi e scenario</w:t>
      </w:r>
    </w:p>
    <w:p>
      <w:pPr>
        <w:keepNext w:val="0"/>
        <w:spacing w:after="0"/>
        <w:ind w:left="454"/>
      </w:pPr>
      <w:r>
        <w:t>☐  E) Fare il debriefing</w:t>
      </w:r>
    </w:p>
    <w:p>
      <w:pPr>
        <w:ind w:left="454"/>
      </w:pPr>
      <w:r>
        <w:t>Ordine corretto: ____ – ____ – ____ – ____ – ____</w:t>
      </w:r>
    </w:p>
    <w:p>
      <w:pPr>
        <w:pStyle w:val="Heading1"/>
      </w:pPr>
      <w:r>
        <w:t>Livello 3</w:t>
      </w:r>
    </w:p>
    <w:p>
      <w:pPr>
        <w:pStyle w:val="Heading2"/>
      </w:pPr>
      <w:r>
        <w:t>Blocco C1 · Incendio e prevenzione: approfondimento</w:t>
      </w:r>
    </w:p>
    <w:p>
      <w:pPr>
        <w:keepNext/>
        <w:spacing w:before="160"/>
      </w:pPr>
      <w:r>
        <w:rPr>
          <w:b/>
          <w:color w:val="B87A00"/>
        </w:rPr>
        <w:t xml:space="preserve">120.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corso di livello 3 dura:</w:t>
      </w:r>
    </w:p>
    <w:p>
      <w:pPr>
        <w:keepNext/>
        <w:spacing w:after="0"/>
        <w:ind w:left="454"/>
      </w:pPr>
      <w:r>
        <w:t>☐  A) 4 ore</w:t>
      </w:r>
    </w:p>
    <w:p>
      <w:pPr>
        <w:keepNext/>
        <w:spacing w:after="0"/>
        <w:ind w:left="454"/>
      </w:pPr>
      <w:r>
        <w:t>☐  B) 16 ore: 12 di teoria e 4 di pratica</w:t>
      </w:r>
    </w:p>
    <w:p>
      <w:pPr>
        <w:keepNext/>
        <w:spacing w:after="0"/>
        <w:ind w:left="454"/>
      </w:pPr>
      <w:r>
        <w:t>☐  C) 24 ore</w:t>
      </w:r>
    </w:p>
    <w:p>
      <w:pPr>
        <w:keepNext w:val="0"/>
        <w:spacing w:after="0"/>
        <w:ind w:left="454"/>
      </w:pPr>
      <w:r>
        <w:t>☐  D) 8 ore</w:t>
      </w:r>
    </w:p>
    <w:p>
      <w:pPr>
        <w:keepNext/>
        <w:spacing w:before="160"/>
      </w:pPr>
      <w:r>
        <w:rPr>
          <w:b/>
          <w:color w:val="B87A00"/>
        </w:rPr>
        <w:t xml:space="preserve">121.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DM 3 settembre 2021 (Minicodice) si applica:</w:t>
      </w:r>
    </w:p>
    <w:p>
      <w:pPr>
        <w:keepNext/>
        <w:spacing w:after="0"/>
        <w:ind w:left="454"/>
      </w:pPr>
      <w:r>
        <w:t>☐  A) Agli stabilimenti Seveso</w:t>
      </w:r>
    </w:p>
    <w:p>
      <w:pPr>
        <w:keepNext/>
        <w:spacing w:after="0"/>
        <w:ind w:left="454"/>
      </w:pPr>
      <w:r>
        <w:t>☐  B) Ai cantieri</w:t>
      </w:r>
    </w:p>
    <w:p>
      <w:pPr>
        <w:keepNext/>
        <w:spacing w:after="0"/>
        <w:ind w:left="454"/>
      </w:pPr>
      <w:r>
        <w:t>☐  C) Ai luoghi di lavoro a basso rischio di incendio</w:t>
      </w:r>
    </w:p>
    <w:p>
      <w:pPr>
        <w:keepNext w:val="0"/>
        <w:spacing w:after="0"/>
        <w:ind w:left="454"/>
      </w:pPr>
      <w:r>
        <w:t>☐  D) Solo agli ospedali</w:t>
      </w:r>
    </w:p>
    <w:p>
      <w:pPr>
        <w:keepNext/>
        <w:spacing w:before="160"/>
      </w:pPr>
      <w:r>
        <w:rPr>
          <w:b/>
          <w:color w:val="B87A00"/>
        </w:rPr>
        <w:t xml:space="preserve">122.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pentagono dell'esplosione di polveri comprende combustibile, ossigeno, innesco e:</w:t>
      </w:r>
    </w:p>
    <w:p>
      <w:pPr>
        <w:keepNext/>
        <w:spacing w:after="0"/>
        <w:ind w:left="454"/>
      </w:pPr>
      <w:r>
        <w:t>☐  A) Acqua e vento</w:t>
      </w:r>
    </w:p>
    <w:p>
      <w:pPr>
        <w:keepNext/>
        <w:spacing w:after="0"/>
        <w:ind w:left="454"/>
      </w:pPr>
      <w:r>
        <w:t>☐  B) Pressione e luce</w:t>
      </w:r>
    </w:p>
    <w:p>
      <w:pPr>
        <w:keepNext/>
        <w:spacing w:after="0"/>
        <w:ind w:left="454"/>
      </w:pPr>
      <w:r>
        <w:t>☐  C) Dispersione in nube e confinamento</w:t>
      </w:r>
    </w:p>
    <w:p>
      <w:pPr>
        <w:keepNext w:val="0"/>
        <w:spacing w:after="0"/>
        <w:ind w:left="454"/>
      </w:pPr>
      <w:r>
        <w:t>☐  D) Umidità e calore</w:t>
      </w:r>
    </w:p>
    <w:p>
      <w:pPr>
        <w:keepNext/>
        <w:spacing w:before="160"/>
      </w:pPr>
      <w:r>
        <w:rPr>
          <w:b/>
          <w:color w:val="B87A00"/>
        </w:rPr>
        <w:t xml:space="preserve">123.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Un'esplosione secondaria di polvere è causata da:</w:t>
      </w:r>
    </w:p>
    <w:p>
      <w:pPr>
        <w:keepNext/>
        <w:spacing w:after="0"/>
        <w:ind w:left="454"/>
      </w:pPr>
      <w:r>
        <w:t>☐  A) L'acqua degli sprinkler</w:t>
      </w:r>
    </w:p>
    <w:p>
      <w:pPr>
        <w:keepNext/>
        <w:spacing w:after="0"/>
        <w:ind w:left="454"/>
      </w:pPr>
      <w:r>
        <w:t>☐  B) Un secondo innesco elettrico</w:t>
      </w:r>
    </w:p>
    <w:p>
      <w:pPr>
        <w:keepNext/>
        <w:spacing w:after="0"/>
        <w:ind w:left="454"/>
      </w:pPr>
      <w:r>
        <w:t>☐  C) La ventilazione</w:t>
      </w:r>
    </w:p>
    <w:p>
      <w:pPr>
        <w:keepNext w:val="0"/>
        <w:spacing w:after="0"/>
        <w:ind w:left="454"/>
      </w:pPr>
      <w:r>
        <w:t>☐  D) Polvere depositata sollevata da una prima esplosione</w:t>
      </w:r>
    </w:p>
    <w:p>
      <w:pPr>
        <w:keepNext/>
        <w:spacing w:before="160"/>
      </w:pPr>
      <w:r>
        <w:rPr>
          <w:b/>
          <w:color w:val="B87A00"/>
        </w:rPr>
        <w:t xml:space="preserve">124.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pulizia delle polveri combustibili si fa con:</w:t>
      </w:r>
    </w:p>
    <w:p>
      <w:pPr>
        <w:keepNext/>
        <w:spacing w:after="0"/>
        <w:ind w:left="454"/>
      </w:pPr>
      <w:r>
        <w:t>☐  A) Aspiratori adatti all'ambiente</w:t>
      </w:r>
    </w:p>
    <w:p>
      <w:pPr>
        <w:keepNext/>
        <w:spacing w:after="0"/>
        <w:ind w:left="454"/>
      </w:pPr>
      <w:r>
        <w:t>☐  B) Soffiatori</w:t>
      </w:r>
    </w:p>
    <w:p>
      <w:pPr>
        <w:keepNext/>
        <w:spacing w:after="0"/>
        <w:ind w:left="454"/>
      </w:pPr>
      <w:r>
        <w:t>☐  C) Scope asciutte</w:t>
      </w:r>
    </w:p>
    <w:p>
      <w:pPr>
        <w:keepNext w:val="0"/>
        <w:spacing w:after="0"/>
        <w:ind w:left="454"/>
      </w:pPr>
      <w:r>
        <w:t>☐  D) Aria compressa</w:t>
      </w:r>
    </w:p>
    <w:p>
      <w:pPr>
        <w:keepNext/>
        <w:spacing w:before="160"/>
      </w:pPr>
      <w:r>
        <w:rPr>
          <w:b/>
          <w:color w:val="B87A00"/>
        </w:rPr>
        <w:t xml:space="preserve">125.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Durante il travaso di solventi è spesso necessario:</w:t>
      </w:r>
    </w:p>
    <w:p>
      <w:pPr>
        <w:keepNext/>
        <w:spacing w:after="0"/>
        <w:ind w:left="454"/>
      </w:pPr>
      <w:r>
        <w:t>☐  A) Collegare a terra ed equipotenzialmente i contenitori</w:t>
      </w:r>
    </w:p>
    <w:p>
      <w:pPr>
        <w:keepNext/>
        <w:spacing w:after="0"/>
        <w:ind w:left="454"/>
      </w:pPr>
      <w:r>
        <w:t>☐  B) Versare da grande altezza</w:t>
      </w:r>
    </w:p>
    <w:p>
      <w:pPr>
        <w:keepNext/>
        <w:spacing w:after="0"/>
        <w:ind w:left="454"/>
      </w:pPr>
      <w:r>
        <w:t>☐  C) Usare imbuti in plastica</w:t>
      </w:r>
    </w:p>
    <w:p>
      <w:pPr>
        <w:keepNext w:val="0"/>
        <w:spacing w:after="0"/>
        <w:ind w:left="454"/>
      </w:pPr>
      <w:r>
        <w:t>☐  D) Tenere i contenitori aperti</w:t>
      </w:r>
    </w:p>
    <w:p>
      <w:pPr>
        <w:keepNext/>
        <w:spacing w:before="160"/>
      </w:pPr>
      <w:r>
        <w:rPr>
          <w:b/>
          <w:color w:val="B87A00"/>
        </w:rPr>
        <w:t xml:space="preserve">126.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Una bombola di acetilene esposta al calore:</w:t>
      </w:r>
    </w:p>
    <w:p>
      <w:pPr>
        <w:keepNext/>
        <w:spacing w:after="0"/>
        <w:ind w:left="454"/>
      </w:pPr>
      <w:r>
        <w:t>☐  A) Diventa sicura dopo il raffreddamento esterno</w:t>
      </w:r>
    </w:p>
    <w:p>
      <w:pPr>
        <w:keepNext/>
        <w:spacing w:after="0"/>
        <w:ind w:left="454"/>
      </w:pPr>
      <w:r>
        <w:t>☐  B) Si svuota da sola senza pericolo</w:t>
      </w:r>
    </w:p>
    <w:p>
      <w:pPr>
        <w:keepNext/>
        <w:spacing w:after="0"/>
        <w:ind w:left="454"/>
      </w:pPr>
      <w:r>
        <w:t>☐  C) Non presenta rischi</w:t>
      </w:r>
    </w:p>
    <w:p>
      <w:pPr>
        <w:keepNext w:val="0"/>
        <w:spacing w:after="0"/>
        <w:ind w:left="454"/>
      </w:pPr>
      <w:r>
        <w:t>☐  D) Può decomporsi anche dopo la fine dell'esposizione</w:t>
      </w:r>
    </w:p>
    <w:p>
      <w:pPr>
        <w:keepNext/>
        <w:spacing w:before="160"/>
      </w:pPr>
      <w:r>
        <w:rPr>
          <w:b/>
          <w:color w:val="B87A00"/>
        </w:rPr>
        <w:t xml:space="preserve">127.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Su valvole e raccordi per ossigeno è vietato usare:</w:t>
      </w:r>
    </w:p>
    <w:p>
      <w:pPr>
        <w:keepNext/>
        <w:spacing w:after="0"/>
        <w:ind w:left="454"/>
      </w:pPr>
      <w:r>
        <w:t>☐  A) Chiavi apposite</w:t>
      </w:r>
    </w:p>
    <w:p>
      <w:pPr>
        <w:keepNext/>
        <w:spacing w:after="0"/>
        <w:ind w:left="454"/>
      </w:pPr>
      <w:r>
        <w:t>☐  B) Guanti puliti</w:t>
      </w:r>
    </w:p>
    <w:p>
      <w:pPr>
        <w:keepNext/>
        <w:spacing w:after="0"/>
        <w:ind w:left="454"/>
      </w:pPr>
      <w:r>
        <w:t>☐  C) Olio e grasso</w:t>
      </w:r>
    </w:p>
    <w:p>
      <w:pPr>
        <w:keepNext w:val="0"/>
        <w:spacing w:after="0"/>
        <w:ind w:left="454"/>
      </w:pPr>
      <w:r>
        <w:t>☐  D) Acqua</w:t>
      </w:r>
    </w:p>
    <w:p>
      <w:pPr>
        <w:keepNext/>
        <w:spacing w:before="160"/>
      </w:pPr>
      <w:r>
        <w:rPr>
          <w:b/>
          <w:color w:val="B87A00"/>
        </w:rPr>
        <w:t xml:space="preserve">128.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fuga termica di una batteria al litio:</w:t>
      </w:r>
    </w:p>
    <w:p>
      <w:pPr>
        <w:keepNext/>
        <w:spacing w:after="0"/>
        <w:ind w:left="454"/>
      </w:pPr>
      <w:r>
        <w:t>☐  A) Riguarda solo batterie al piombo</w:t>
      </w:r>
    </w:p>
    <w:p>
      <w:pPr>
        <w:keepNext/>
        <w:spacing w:after="0"/>
        <w:ind w:left="454"/>
      </w:pPr>
      <w:r>
        <w:t>☐  B) Non produce gas</w:t>
      </w:r>
    </w:p>
    <w:p>
      <w:pPr>
        <w:keepNext/>
        <w:spacing w:after="0"/>
        <w:ind w:left="454"/>
      </w:pPr>
      <w:r>
        <w:t>☐  C) Si ferma sempre con un estintore a polvere</w:t>
      </w:r>
    </w:p>
    <w:p>
      <w:pPr>
        <w:keepNext w:val="0"/>
        <w:spacing w:after="0"/>
        <w:ind w:left="454"/>
      </w:pPr>
      <w:r>
        <w:t>☐  D) Può riaccendersi anche ore dopo</w:t>
      </w:r>
    </w:p>
    <w:p>
      <w:pPr>
        <w:keepNext/>
        <w:spacing w:before="160"/>
      </w:pPr>
      <w:r>
        <w:rPr>
          <w:b/>
          <w:color w:val="B87A00"/>
        </w:rPr>
        <w:t xml:space="preserve">129.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raggio entro cui rimuovere i combustibili prima di un lavoro a caldo è generalmente di almeno:</w:t>
      </w:r>
    </w:p>
    <w:p>
      <w:pPr>
        <w:keepNext/>
        <w:spacing w:after="0"/>
        <w:ind w:left="454"/>
      </w:pPr>
      <w:r>
        <w:t>☐  A) 50 centimetri</w:t>
      </w:r>
    </w:p>
    <w:p>
      <w:pPr>
        <w:keepNext/>
        <w:spacing w:after="0"/>
        <w:ind w:left="454"/>
      </w:pPr>
      <w:r>
        <w:t>☐  B) 10 metri</w:t>
      </w:r>
    </w:p>
    <w:p>
      <w:pPr>
        <w:keepNext/>
        <w:spacing w:after="0"/>
        <w:ind w:left="454"/>
      </w:pPr>
      <w:r>
        <w:t>☐  C) 100 metri</w:t>
      </w:r>
    </w:p>
    <w:p>
      <w:pPr>
        <w:keepNext w:val="0"/>
        <w:spacing w:after="0"/>
        <w:ind w:left="454"/>
      </w:pPr>
      <w:r>
        <w:t>☐  D) 1 metro</w:t>
      </w:r>
    </w:p>
    <w:p>
      <w:pPr>
        <w:keepNext/>
        <w:spacing w:before="160"/>
      </w:pPr>
      <w:r>
        <w:rPr>
          <w:b/>
          <w:color w:val="B87A00"/>
        </w:rPr>
        <w:t xml:space="preserve">130.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sorveglianza dopo un lavoro a caldo dura di solito almeno:</w:t>
      </w:r>
    </w:p>
    <w:p>
      <w:pPr>
        <w:keepNext/>
        <w:spacing w:after="0"/>
        <w:ind w:left="454"/>
      </w:pPr>
      <w:r>
        <w:t>☐  A) 5 minuti</w:t>
      </w:r>
    </w:p>
    <w:p>
      <w:pPr>
        <w:keepNext/>
        <w:spacing w:after="0"/>
        <w:ind w:left="454"/>
      </w:pPr>
      <w:r>
        <w:t>☐  B) 30 minuti, spesso 60</w:t>
      </w:r>
    </w:p>
    <w:p>
      <w:pPr>
        <w:keepNext/>
        <w:spacing w:after="0"/>
        <w:ind w:left="454"/>
      </w:pPr>
      <w:r>
        <w:t>☐  C) 24 ore sempre</w:t>
      </w:r>
    </w:p>
    <w:p>
      <w:pPr>
        <w:keepNext w:val="0"/>
        <w:spacing w:after="0"/>
        <w:ind w:left="454"/>
      </w:pPr>
      <w:r>
        <w:t>☐  D) Nessuna sorveglianza</w:t>
      </w:r>
    </w:p>
    <w:p>
      <w:pPr>
        <w:keepNext/>
        <w:spacing w:before="160"/>
      </w:pPr>
      <w:r>
        <w:rPr>
          <w:b/>
          <w:color w:val="B87A00"/>
        </w:rPr>
        <w:t xml:space="preserve">131.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carico d'incendio specifico si esprime in:</w:t>
      </w:r>
    </w:p>
    <w:p>
      <w:pPr>
        <w:keepNext/>
        <w:spacing w:after="0"/>
        <w:ind w:left="454"/>
      </w:pPr>
      <w:r>
        <w:t>☐  A) MJ/m²</w:t>
      </w:r>
    </w:p>
    <w:p>
      <w:pPr>
        <w:keepNext/>
        <w:spacing w:after="0"/>
        <w:ind w:left="454"/>
      </w:pPr>
      <w:r>
        <w:t>☐  B) bar</w:t>
      </w:r>
    </w:p>
    <w:p>
      <w:pPr>
        <w:keepNext/>
        <w:spacing w:after="0"/>
        <w:ind w:left="454"/>
      </w:pPr>
      <w:r>
        <w:t>☐  C) kg</w:t>
      </w:r>
    </w:p>
    <w:p>
      <w:pPr>
        <w:keepNext w:val="0"/>
        <w:spacing w:after="0"/>
        <w:ind w:left="454"/>
      </w:pPr>
      <w:r>
        <w:t>☐  D) litri</w:t>
      </w:r>
    </w:p>
    <w:p>
      <w:pPr>
        <w:keepNext/>
        <w:spacing w:before="160"/>
      </w:pPr>
      <w:r>
        <w:rPr>
          <w:b/>
          <w:color w:val="B87A00"/>
        </w:rPr>
        <w:t xml:space="preserve">132.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Sull'olio da cucina in fiamme NON si deve usare:</w:t>
      </w:r>
    </w:p>
    <w:p>
      <w:pPr>
        <w:keepNext/>
        <w:spacing w:after="0"/>
        <w:ind w:left="454"/>
      </w:pPr>
      <w:r>
        <w:t>☐  A) Estintore classe F</w:t>
      </w:r>
    </w:p>
    <w:p>
      <w:pPr>
        <w:keepNext/>
        <w:spacing w:after="0"/>
        <w:ind w:left="454"/>
      </w:pPr>
      <w:r>
        <w:t>☐  B) Coperchio</w:t>
      </w:r>
    </w:p>
    <w:p>
      <w:pPr>
        <w:keepNext/>
        <w:spacing w:after="0"/>
        <w:ind w:left="454"/>
      </w:pPr>
      <w:r>
        <w:t>☐  C) Acqua</w:t>
      </w:r>
    </w:p>
    <w:p>
      <w:pPr>
        <w:keepNext w:val="0"/>
        <w:spacing w:after="0"/>
        <w:ind w:left="454"/>
      </w:pPr>
      <w:r>
        <w:t>☐  D) Coperta antifiamma</w:t>
      </w:r>
    </w:p>
    <w:p>
      <w:pPr>
        <w:keepNext/>
        <w:spacing w:before="160"/>
      </w:pPr>
      <w:r>
        <w:rPr>
          <w:b/>
          <w:color w:val="B87A00"/>
        </w:rPr>
        <w:t xml:space="preserve">133.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Gli stabilimenti con sostanze pericolose oltre soglia sono regolati da:</w:t>
      </w:r>
    </w:p>
    <w:p>
      <w:pPr>
        <w:keepNext/>
        <w:spacing w:after="0"/>
        <w:ind w:left="454"/>
      </w:pPr>
      <w:r>
        <w:t>☐  A) DM 37/2008</w:t>
      </w:r>
    </w:p>
    <w:p>
      <w:pPr>
        <w:keepNext/>
        <w:spacing w:after="0"/>
        <w:ind w:left="454"/>
      </w:pPr>
      <w:r>
        <w:t>☐  B) Legge 609/1996</w:t>
      </w:r>
    </w:p>
    <w:p>
      <w:pPr>
        <w:keepNext/>
        <w:spacing w:after="0"/>
        <w:ind w:left="454"/>
      </w:pPr>
      <w:r>
        <w:t>☐  C) DM 3/9/2021</w:t>
      </w:r>
    </w:p>
    <w:p>
      <w:pPr>
        <w:keepNext w:val="0"/>
        <w:spacing w:after="0"/>
        <w:ind w:left="454"/>
      </w:pPr>
      <w:r>
        <w:t>☐  D) D.Lgs. 105/2015 (Seveso)</w:t>
      </w:r>
    </w:p>
    <w:p>
      <w:pPr>
        <w:keepNext/>
        <w:spacing w:before="160"/>
      </w:pPr>
      <w:r>
        <w:rPr>
          <w:b/>
          <w:color w:val="B87A00"/>
        </w:rPr>
        <w:t xml:space="preserve">134.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valutazione del rischio di incendio individua anche:</w:t>
      </w:r>
    </w:p>
    <w:p>
      <w:pPr>
        <w:keepNext/>
        <w:spacing w:after="0"/>
        <w:ind w:left="454"/>
      </w:pPr>
      <w:r>
        <w:t>☐  A) Lo stipendio degli addetti</w:t>
      </w:r>
    </w:p>
    <w:p>
      <w:pPr>
        <w:keepNext/>
        <w:spacing w:after="0"/>
        <w:ind w:left="454"/>
      </w:pPr>
      <w:r>
        <w:t>☐  B) Il colore degli estintori</w:t>
      </w:r>
    </w:p>
    <w:p>
      <w:pPr>
        <w:keepNext/>
        <w:spacing w:after="0"/>
        <w:ind w:left="454"/>
      </w:pPr>
      <w:r>
        <w:t>☐  C) Il livello di formazione richiesto agli addetti</w:t>
      </w:r>
    </w:p>
    <w:p>
      <w:pPr>
        <w:keepNext w:val="0"/>
        <w:spacing w:after="0"/>
        <w:ind w:left="454"/>
      </w:pPr>
      <w:r>
        <w:t>☐  D) Gli orari della mensa</w:t>
      </w:r>
    </w:p>
    <w:p>
      <w:pPr>
        <w:keepNext/>
        <w:spacing w:before="160"/>
      </w:pPr>
      <w:r>
        <w:rPr>
          <w:b/>
          <w:color w:val="B87A00"/>
        </w:rPr>
        <w:t xml:space="preserve">135.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Perché una perdita di olio idraulico su una superficie calda è pericolosa?</w:t>
      </w:r>
    </w:p>
    <w:p>
      <w:pPr>
        <w:keepNext/>
        <w:spacing w:after="0"/>
        <w:ind w:left="454"/>
      </w:pPr>
      <w:r>
        <w:t>☐  A) L'olio nebulizzato può incendiarsi istantaneamente</w:t>
      </w:r>
    </w:p>
    <w:p>
      <w:pPr>
        <w:keepNext/>
        <w:spacing w:after="0"/>
        <w:ind w:left="454"/>
      </w:pPr>
      <w:r>
        <w:t>☐  B) Non brucia mai</w:t>
      </w:r>
    </w:p>
    <w:p>
      <w:pPr>
        <w:keepNext/>
        <w:spacing w:after="0"/>
        <w:ind w:left="454"/>
      </w:pPr>
      <w:r>
        <w:t>☐  C) L'olio spegne la superficie</w:t>
      </w:r>
    </w:p>
    <w:p>
      <w:pPr>
        <w:keepNext w:val="0"/>
        <w:spacing w:after="0"/>
        <w:ind w:left="454"/>
      </w:pPr>
      <w:r>
        <w:t>☐  D) Raffredda la macchina</w:t>
      </w:r>
    </w:p>
    <w:p>
      <w:pPr>
        <w:keepNext/>
        <w:spacing w:before="160"/>
      </w:pPr>
      <w:r>
        <w:rPr>
          <w:b/>
          <w:color w:val="B87A00"/>
        </w:rPr>
        <w:t xml:space="preserve">136.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 gas comburenti, come l'ossigeno, vanno stoccati:</w:t>
      </w:r>
    </w:p>
    <w:p>
      <w:pPr>
        <w:keepNext/>
        <w:spacing w:after="0"/>
        <w:ind w:left="454"/>
      </w:pPr>
      <w:r>
        <w:t>☐  A) In posizione orizzontale libera</w:t>
      </w:r>
    </w:p>
    <w:p>
      <w:pPr>
        <w:keepNext/>
        <w:spacing w:after="0"/>
        <w:ind w:left="454"/>
      </w:pPr>
      <w:r>
        <w:t>☐  B) Al sole</w:t>
      </w:r>
    </w:p>
    <w:p>
      <w:pPr>
        <w:keepNext/>
        <w:spacing w:after="0"/>
        <w:ind w:left="454"/>
      </w:pPr>
      <w:r>
        <w:t>☐  C) Separati dalle bombole di gas infiammabili</w:t>
      </w:r>
    </w:p>
    <w:p>
      <w:pPr>
        <w:keepNext w:val="0"/>
        <w:spacing w:after="0"/>
        <w:ind w:left="454"/>
      </w:pPr>
      <w:r>
        <w:t>☐  D) Insieme all'acetilene</w:t>
      </w:r>
    </w:p>
    <w:p>
      <w:pPr>
        <w:keepNext/>
        <w:spacing w:before="160"/>
      </w:pPr>
      <w:r>
        <w:rPr>
          <w:b/>
          <w:color w:val="B87A00"/>
        </w:rPr>
        <w:t xml:space="preserve">137.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Un'atmosfera con ossigeno oltre il 21 per cento:</w:t>
      </w:r>
    </w:p>
    <w:p>
      <w:pPr>
        <w:keepNext/>
        <w:spacing w:after="0"/>
        <w:ind w:left="454"/>
      </w:pPr>
      <w:r>
        <w:t>☐  A) È sempre innocua</w:t>
      </w:r>
    </w:p>
    <w:p>
      <w:pPr>
        <w:keepNext/>
        <w:spacing w:after="0"/>
        <w:ind w:left="454"/>
      </w:pPr>
      <w:r>
        <w:t>☐  B) Spegne gli incendi</w:t>
      </w:r>
    </w:p>
    <w:p>
      <w:pPr>
        <w:keepNext/>
        <w:spacing w:after="0"/>
        <w:ind w:left="454"/>
      </w:pPr>
      <w:r>
        <w:t>☐  C) Rende impossibile la combustione</w:t>
      </w:r>
    </w:p>
    <w:p>
      <w:pPr>
        <w:keepNext w:val="0"/>
        <w:spacing w:after="0"/>
        <w:ind w:left="454"/>
      </w:pPr>
      <w:r>
        <w:t>☐  D) Rende più facile l'accensione dei materiali</w:t>
      </w:r>
    </w:p>
    <w:p>
      <w:pPr>
        <w:keepNext/>
        <w:spacing w:before="160"/>
      </w:pPr>
      <w:r>
        <w:rPr>
          <w:b/>
          <w:color w:val="B87A00"/>
        </w:rPr>
        <w:t xml:space="preserve">138.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 cumuli di materiali organici umidi possono:</w:t>
      </w:r>
    </w:p>
    <w:p>
      <w:pPr>
        <w:keepNext/>
        <w:spacing w:after="0"/>
        <w:ind w:left="454"/>
      </w:pPr>
      <w:r>
        <w:t>☐  A) Spegnere gli incendi vicini</w:t>
      </w:r>
    </w:p>
    <w:p>
      <w:pPr>
        <w:keepNext/>
        <w:spacing w:after="0"/>
        <w:ind w:left="454"/>
      </w:pPr>
      <w:r>
        <w:t>☐  B) Riscaldarsi da soli fino ad accendersi</w:t>
      </w:r>
    </w:p>
    <w:p>
      <w:pPr>
        <w:keepNext/>
        <w:spacing w:after="0"/>
        <w:ind w:left="454"/>
      </w:pPr>
      <w:r>
        <w:t>☐  C) Non comportano rischi</w:t>
      </w:r>
    </w:p>
    <w:p>
      <w:pPr>
        <w:keepNext w:val="0"/>
        <w:spacing w:after="0"/>
        <w:ind w:left="454"/>
      </w:pPr>
      <w:r>
        <w:t>☐  D) Assorbire il fumo</w:t>
      </w:r>
    </w:p>
    <w:p>
      <w:pPr>
        <w:keepNext/>
        <w:spacing w:before="160"/>
      </w:pPr>
      <w:r>
        <w:rPr>
          <w:b/>
          <w:color w:val="B87A00"/>
        </w:rPr>
        <w:t xml:space="preserve">139.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prima misura contro l'elettricità statica durante i travasi è:</w:t>
      </w:r>
    </w:p>
    <w:p>
      <w:pPr>
        <w:keepNext/>
        <w:spacing w:after="0"/>
        <w:ind w:left="454"/>
      </w:pPr>
      <w:r>
        <w:t>☐  A) Lavorare più velocemente</w:t>
      </w:r>
    </w:p>
    <w:p>
      <w:pPr>
        <w:keepNext/>
        <w:spacing w:after="0"/>
        <w:ind w:left="454"/>
      </w:pPr>
      <w:r>
        <w:t>☐  B) Aumentare il flusso</w:t>
      </w:r>
    </w:p>
    <w:p>
      <w:pPr>
        <w:keepNext/>
        <w:spacing w:after="0"/>
        <w:ind w:left="454"/>
      </w:pPr>
      <w:r>
        <w:t>☐  C) Collegare a terra ed equipotenzialmente contenitori e attrezzature</w:t>
      </w:r>
    </w:p>
    <w:p>
      <w:pPr>
        <w:keepNext w:val="0"/>
        <w:spacing w:after="0"/>
        <w:ind w:left="454"/>
      </w:pPr>
      <w:r>
        <w:t>☐  D) Usare contenitori di plastica</w:t>
      </w:r>
    </w:p>
    <w:p>
      <w:pPr>
        <w:keepNext/>
        <w:spacing w:before="160"/>
      </w:pPr>
      <w:r>
        <w:rPr>
          <w:b/>
          <w:color w:val="B87A00"/>
        </w:rPr>
        <w:t xml:space="preserve">140.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Prima di autorizzare un lavoro a caldo ci si chiede innanzitutto:</w:t>
      </w:r>
    </w:p>
    <w:p>
      <w:pPr>
        <w:keepNext/>
        <w:spacing w:after="0"/>
        <w:ind w:left="454"/>
      </w:pPr>
      <w:r>
        <w:t>☐  A) Chi paga il lavoro</w:t>
      </w:r>
    </w:p>
    <w:p>
      <w:pPr>
        <w:keepNext/>
        <w:spacing w:after="0"/>
        <w:ind w:left="454"/>
      </w:pPr>
      <w:r>
        <w:t>☐  B) Se può essere fatto a freddo o in officina</w:t>
      </w:r>
    </w:p>
    <w:p>
      <w:pPr>
        <w:keepNext/>
        <w:spacing w:after="0"/>
        <w:ind w:left="454"/>
      </w:pPr>
      <w:r>
        <w:t>☐  C) Se c'è il sole</w:t>
      </w:r>
    </w:p>
    <w:p>
      <w:pPr>
        <w:keepNext w:val="0"/>
        <w:spacing w:after="0"/>
        <w:ind w:left="454"/>
      </w:pPr>
      <w:r>
        <w:t>☐  D) Che ore sono</w:t>
      </w:r>
    </w:p>
    <w:p>
      <w:pPr>
        <w:keepNext/>
        <w:spacing w:before="160"/>
      </w:pPr>
      <w:r>
        <w:rPr>
          <w:b/>
          <w:color w:val="B87A00"/>
        </w:rPr>
        <w:t xml:space="preserve">141.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carico d'incendio di un locale aumenta se:</w:t>
      </w:r>
    </w:p>
    <w:p>
      <w:pPr>
        <w:keepNext/>
        <w:spacing w:after="0"/>
        <w:ind w:left="454"/>
      </w:pPr>
      <w:r>
        <w:t>☐  A) Si apre una finestra</w:t>
      </w:r>
    </w:p>
    <w:p>
      <w:pPr>
        <w:keepNext/>
        <w:spacing w:after="0"/>
        <w:ind w:left="454"/>
      </w:pPr>
      <w:r>
        <w:t>☐  B) Si installa un estintore</w:t>
      </w:r>
    </w:p>
    <w:p>
      <w:pPr>
        <w:keepNext/>
        <w:spacing w:after="0"/>
        <w:ind w:left="454"/>
      </w:pPr>
      <w:r>
        <w:t>☐  C) Si toglie la merce</w:t>
      </w:r>
    </w:p>
    <w:p>
      <w:pPr>
        <w:keepNext w:val="0"/>
        <w:spacing w:after="0"/>
        <w:ind w:left="454"/>
      </w:pPr>
      <w:r>
        <w:t>☐  D) Si sostituiscono imballaggi in cartone con imballaggi in plastica</w:t>
      </w:r>
    </w:p>
    <w:p>
      <w:pPr>
        <w:keepNext/>
        <w:spacing w:before="160"/>
      </w:pPr>
      <w:r>
        <w:rPr>
          <w:b/>
          <w:color w:val="B87A00"/>
        </w:rPr>
        <w:t xml:space="preserve">142.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acque di spegnimento contaminate vanno:</w:t>
      </w:r>
    </w:p>
    <w:p>
      <w:pPr>
        <w:keepNext/>
        <w:spacing w:after="0"/>
        <w:ind w:left="454"/>
      </w:pPr>
      <w:r>
        <w:t>☐  A) Contenute chiudendo le valvole della rete di scarico</w:t>
      </w:r>
    </w:p>
    <w:p>
      <w:pPr>
        <w:keepNext/>
        <w:spacing w:after="0"/>
        <w:ind w:left="454"/>
      </w:pPr>
      <w:r>
        <w:t>☐  B) Bevute dagli animali</w:t>
      </w:r>
    </w:p>
    <w:p>
      <w:pPr>
        <w:keepNext/>
        <w:spacing w:after="0"/>
        <w:ind w:left="454"/>
      </w:pPr>
      <w:r>
        <w:t>☐  C) Mandate subito in fognatura</w:t>
      </w:r>
    </w:p>
    <w:p>
      <w:pPr>
        <w:keepNext w:val="0"/>
        <w:spacing w:after="0"/>
        <w:ind w:left="454"/>
      </w:pPr>
      <w:r>
        <w:t>☐  D) Lasciate scorrere nei campi</w:t>
      </w:r>
    </w:p>
    <w:p>
      <w:pPr>
        <w:keepNext/>
        <w:spacing w:before="160"/>
      </w:pPr>
      <w:r>
        <w:rPr>
          <w:b/>
          <w:color w:val="B87A00"/>
        </w:rPr>
        <w:t xml:space="preserve">143.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In un magazzino con scaffalature alte l'incendio:</w:t>
      </w:r>
    </w:p>
    <w:p>
      <w:pPr>
        <w:keepNext/>
        <w:spacing w:after="0"/>
        <w:ind w:left="454"/>
      </w:pPr>
      <w:r>
        <w:t>☐  A) Resta sempre a terra</w:t>
      </w:r>
    </w:p>
    <w:p>
      <w:pPr>
        <w:keepNext/>
        <w:spacing w:after="0"/>
        <w:ind w:left="454"/>
      </w:pPr>
      <w:r>
        <w:t>☐  B) Si spegne da solo</w:t>
      </w:r>
    </w:p>
    <w:p>
      <w:pPr>
        <w:keepNext/>
        <w:spacing w:after="0"/>
        <w:ind w:left="454"/>
      </w:pPr>
      <w:r>
        <w:t>☐  C) Non produce fumo</w:t>
      </w:r>
    </w:p>
    <w:p>
      <w:pPr>
        <w:keepNext w:val="0"/>
        <w:spacing w:after="0"/>
        <w:ind w:left="454"/>
      </w:pPr>
      <w:r>
        <w:t>☐  D) Sale rapidamente lungo i montanti come in un camino</w:t>
      </w:r>
    </w:p>
    <w:p>
      <w:pPr>
        <w:keepNext/>
        <w:spacing w:before="160"/>
      </w:pPr>
      <w:r>
        <w:rPr>
          <w:b/>
          <w:color w:val="B87A00"/>
        </w:rPr>
        <w:t xml:space="preserve">144.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In un carrello che inizia a fumare il conducente deve:</w:t>
      </w:r>
    </w:p>
    <w:p>
      <w:pPr>
        <w:keepNext/>
        <w:spacing w:after="0"/>
        <w:ind w:left="454"/>
      </w:pPr>
      <w:r>
        <w:t>☐  A) Aprire il cofano motore</w:t>
      </w:r>
    </w:p>
    <w:p>
      <w:pPr>
        <w:keepNext/>
        <w:spacing w:after="0"/>
        <w:ind w:left="454"/>
      </w:pPr>
      <w:r>
        <w:t>☐  B) Gettare acqua sulla batteria</w:t>
      </w:r>
    </w:p>
    <w:p>
      <w:pPr>
        <w:keepNext/>
        <w:spacing w:after="0"/>
        <w:ind w:left="454"/>
      </w:pPr>
      <w:r>
        <w:t>☐  C) Continuare fino al magazzino</w:t>
      </w:r>
    </w:p>
    <w:p>
      <w:pPr>
        <w:keepNext w:val="0"/>
        <w:spacing w:after="0"/>
        <w:ind w:left="454"/>
      </w:pPr>
      <w:r>
        <w:t>☐  D) Fermarlo lontano da combustibili, abbassare le forche, spegnere e allontanarsi</w:t>
      </w:r>
    </w:p>
    <w:p>
      <w:pPr>
        <w:keepNext/>
        <w:spacing w:before="160"/>
      </w:pPr>
      <w:r>
        <w:rPr>
          <w:b/>
          <w:color w:val="B87A00"/>
        </w:rPr>
        <w:t xml:space="preserve">145.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 controlli quotidiani dell'addetto devono essere:</w:t>
      </w:r>
    </w:p>
    <w:p>
      <w:pPr>
        <w:keepNext/>
        <w:spacing w:after="0"/>
        <w:ind w:left="454"/>
      </w:pPr>
      <w:r>
        <w:t>☐  A) Lunghi e senza traccia</w:t>
      </w:r>
    </w:p>
    <w:p>
      <w:pPr>
        <w:keepNext/>
        <w:spacing w:after="0"/>
        <w:ind w:left="454"/>
      </w:pPr>
      <w:r>
        <w:t>☐  B) Solo verbali</w:t>
      </w:r>
    </w:p>
    <w:p>
      <w:pPr>
        <w:keepNext/>
        <w:spacing w:after="0"/>
        <w:ind w:left="454"/>
      </w:pPr>
      <w:r>
        <w:t>☐  C) Fatti solo quando c'è tempo</w:t>
      </w:r>
    </w:p>
    <w:p>
      <w:pPr>
        <w:keepNext w:val="0"/>
        <w:spacing w:after="0"/>
        <w:ind w:left="454"/>
      </w:pPr>
      <w:r>
        <w:t>☐  D) Brevi e annotati, con una lista semplice</w:t>
      </w:r>
    </w:p>
    <w:p>
      <w:pPr>
        <w:keepNext/>
        <w:spacing w:before="160"/>
      </w:pPr>
      <w:r>
        <w:rPr>
          <w:b/>
          <w:color w:val="B87A00"/>
        </w:rPr>
        <w:t xml:space="preserve">146.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Le polveri di alluminio e magnesio possono dare incendi di classe ___.</w:t>
      </w:r>
    </w:p>
    <w:p>
      <w:pPr>
        <w:keepNext/>
        <w:spacing w:after="0"/>
        <w:ind w:left="454"/>
      </w:pPr>
      <w:r>
        <w:t>☐  A) C</w:t>
      </w:r>
    </w:p>
    <w:p>
      <w:pPr>
        <w:keepNext/>
        <w:spacing w:after="0"/>
        <w:ind w:left="454"/>
      </w:pPr>
      <w:r>
        <w:t>☐  B) D</w:t>
      </w:r>
    </w:p>
    <w:p>
      <w:pPr>
        <w:keepNext/>
        <w:spacing w:after="0"/>
        <w:ind w:left="454"/>
      </w:pPr>
      <w:r>
        <w:t>☐  C) A</w:t>
      </w:r>
    </w:p>
    <w:p>
      <w:pPr>
        <w:keepNext w:val="0"/>
        <w:spacing w:after="0"/>
        <w:ind w:left="454"/>
      </w:pPr>
      <w:r>
        <w:t>☐  D) F</w:t>
      </w:r>
    </w:p>
    <w:p>
      <w:pPr>
        <w:keepNext/>
        <w:spacing w:before="160"/>
      </w:pPr>
      <w:r>
        <w:rPr>
          <w:b/>
          <w:color w:val="B87A00"/>
        </w:rPr>
        <w:t xml:space="preserve">147.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documento che autorizza un lavoro con fiamme o scintille si chiama permesso di lavoro a ___.</w:t>
      </w:r>
    </w:p>
    <w:p>
      <w:pPr>
        <w:keepNext/>
        <w:spacing w:after="0"/>
        <w:ind w:left="454"/>
      </w:pPr>
      <w:r>
        <w:t>☐  A) caldo</w:t>
      </w:r>
    </w:p>
    <w:p>
      <w:pPr>
        <w:keepNext/>
        <w:spacing w:after="0"/>
        <w:ind w:left="454"/>
      </w:pPr>
      <w:r>
        <w:t>☐  B) quota</w:t>
      </w:r>
    </w:p>
    <w:p>
      <w:pPr>
        <w:keepNext/>
        <w:spacing w:after="0"/>
        <w:ind w:left="454"/>
      </w:pPr>
      <w:r>
        <w:t>☐  C) freddo</w:t>
      </w:r>
    </w:p>
    <w:p>
      <w:pPr>
        <w:keepNext w:val="0"/>
        <w:spacing w:after="0"/>
        <w:ind w:left="454"/>
      </w:pPr>
      <w:r>
        <w:t>☐  D) turno</w:t>
      </w:r>
    </w:p>
    <w:p>
      <w:pPr>
        <w:keepNext/>
        <w:spacing w:before="160"/>
      </w:pPr>
      <w:r>
        <w:rPr>
          <w:b/>
          <w:color w:val="B87A00"/>
        </w:rPr>
        <w:t xml:space="preserve">148.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Le incompatibilità delle sostanze si trovano nella sezione ___ della scheda di sicurezza.</w:t>
      </w:r>
    </w:p>
    <w:p>
      <w:pPr>
        <w:keepNext/>
        <w:spacing w:after="0"/>
        <w:ind w:left="454"/>
      </w:pPr>
      <w:r>
        <w:t>☐  A) 16</w:t>
      </w:r>
    </w:p>
    <w:p>
      <w:pPr>
        <w:keepNext/>
        <w:spacing w:after="0"/>
        <w:ind w:left="454"/>
      </w:pPr>
      <w:r>
        <w:t>☐  B) 10</w:t>
      </w:r>
    </w:p>
    <w:p>
      <w:pPr>
        <w:keepNext/>
        <w:spacing w:after="0"/>
        <w:ind w:left="454"/>
      </w:pPr>
      <w:r>
        <w:t>☐  C) 5</w:t>
      </w:r>
    </w:p>
    <w:p>
      <w:pPr>
        <w:keepNext w:val="0"/>
        <w:spacing w:after="0"/>
        <w:ind w:left="454"/>
      </w:pPr>
      <w:r>
        <w:t>☐  D) 1</w:t>
      </w:r>
    </w:p>
    <w:p>
      <w:pPr>
        <w:keepNext/>
        <w:spacing w:before="160"/>
      </w:pPr>
      <w:r>
        <w:rPr>
          <w:b/>
          <w:color w:val="B87A00"/>
        </w:rPr>
        <w:t xml:space="preserve">149.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 mezzi di estinzione idonei di una sostanza sono nella sezione ___ della scheda di sicurezza.</w:t>
      </w:r>
    </w:p>
    <w:p>
      <w:pPr>
        <w:keepNext/>
        <w:spacing w:after="0"/>
        <w:ind w:left="454"/>
      </w:pPr>
      <w:r>
        <w:t>☐  A) 14</w:t>
      </w:r>
    </w:p>
    <w:p>
      <w:pPr>
        <w:keepNext/>
        <w:spacing w:after="0"/>
        <w:ind w:left="454"/>
      </w:pPr>
      <w:r>
        <w:t>☐  B) 9</w:t>
      </w:r>
    </w:p>
    <w:p>
      <w:pPr>
        <w:keepNext/>
        <w:spacing w:after="0"/>
        <w:ind w:left="454"/>
      </w:pPr>
      <w:r>
        <w:t>☐  C) 2</w:t>
      </w:r>
    </w:p>
    <w:p>
      <w:pPr>
        <w:keepNext w:val="0"/>
        <w:spacing w:after="0"/>
        <w:ind w:left="454"/>
      </w:pPr>
      <w:r>
        <w:t>☐  D) 5</w:t>
      </w:r>
    </w:p>
    <w:p>
      <w:pPr>
        <w:keepNext/>
        <w:spacing w:before="160"/>
      </w:pPr>
      <w:r>
        <w:rPr>
          <w:b/>
          <w:color w:val="B87A00"/>
        </w:rPr>
        <w:t xml:space="preserve">150.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La valutazione del rischio di incendio va rivista quando cambiano lavorazioni o sostanze.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151.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Il gasolio a temperatura ambiente è sempre più pericoloso della benzina.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152.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Gli armadi di sicurezza per infiammabili raccolgono le perdite in una vasca sul fondo.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153.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In un locale tecnico chiuso è possibile tenere bombole di GPL nel seminterrato.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154.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L'umidità dell'aria aiuta a disperdere le cariche elettrostatiche.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155.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 cassonetti dei rifiuti vanno tenuti appoggiati alle pareti esterne per occupare meno spazio.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156.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Le merci in magazzino possono superare l'altezza prevista se c'è lo sprinkler.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157.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Sui moduli fotovoltaici la tensione permane finché c'è luce.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158.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 presidio inefficiente dà una falsa sicurezza.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159.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 estintore di riserva o una sorveglianza aggiuntiva sono misure compensative per un presidio fuori servizio.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160.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Le batterie esauste possono essere gettate nella carta.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161.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In caso di incendio in copertura con fotovoltaico l'addetto sale sul tetto a spegnere.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162.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Una ditta esterna deve saldare vicino a imballaggi in cartone e la sorveglianza non è prevista.</w:t>
      </w:r>
    </w:p>
    <w:p>
      <w:pPr>
        <w:keepNext/>
        <w:spacing w:after="0"/>
        <w:ind w:left="454"/>
      </w:pPr>
      <w:r>
        <w:t>☐  A) Copri il cartone con un telo di plastica</w:t>
      </w:r>
    </w:p>
    <w:p>
      <w:pPr>
        <w:keepNext/>
        <w:spacing w:after="0"/>
        <w:ind w:left="454"/>
      </w:pPr>
      <w:r>
        <w:t>☐  B) Lasci fare perché il lavoro è breve</w:t>
      </w:r>
    </w:p>
    <w:p>
      <w:pPr>
        <w:keepNext w:val="0"/>
        <w:spacing w:after="0"/>
        <w:ind w:left="454"/>
      </w:pPr>
      <w:r>
        <w:t>☐  C) Fermi il lavoro finché non ci sono permesso, rimozione dei combustibili, estintore e sorvegliante</w:t>
      </w:r>
    </w:p>
    <w:p>
      <w:pPr>
        <w:keepNext/>
        <w:spacing w:before="160"/>
      </w:pPr>
      <w:r>
        <w:rPr>
          <w:b/>
          <w:color w:val="B87A00"/>
        </w:rPr>
        <w:t xml:space="preserve">163.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Un transpallet in carica nell'area dedicata emette fumo bianco e sibili dalla batteria.</w:t>
      </w:r>
    </w:p>
    <w:p>
      <w:pPr>
        <w:keepNext/>
        <w:spacing w:after="0"/>
        <w:ind w:left="454"/>
      </w:pPr>
      <w:r>
        <w:t>☐  A) Allontani le persone, dai l'allarme, non tocchi la batteria e chiami i soccorsi</w:t>
      </w:r>
    </w:p>
    <w:p>
      <w:pPr>
        <w:keepNext/>
        <w:spacing w:after="0"/>
        <w:ind w:left="454"/>
      </w:pPr>
      <w:r>
        <w:t>☐  B) Stacchi la spina e sposti il mezzo a mano</w:t>
      </w:r>
    </w:p>
    <w:p>
      <w:pPr>
        <w:keepNext w:val="0"/>
        <w:spacing w:after="0"/>
        <w:ind w:left="454"/>
      </w:pPr>
      <w:r>
        <w:t>☐  C) Lo spruzzi con un estintore a polvere e torni al lavoro</w:t>
      </w:r>
    </w:p>
    <w:p>
      <w:pPr>
        <w:keepNext/>
        <w:spacing w:before="160"/>
      </w:pPr>
      <w:r>
        <w:rPr>
          <w:b/>
          <w:color w:val="B87A00"/>
        </w:rPr>
        <w:t xml:space="preserve">164.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Noti uno strato di polvere fine su travi e canaline in un reparto di macinazione.</w:t>
      </w:r>
    </w:p>
    <w:p>
      <w:pPr>
        <w:keepNext/>
        <w:spacing w:after="0"/>
        <w:ind w:left="454"/>
      </w:pPr>
      <w:r>
        <w:t>☐  A) Lo soffi via con l'aria compressa</w:t>
      </w:r>
    </w:p>
    <w:p>
      <w:pPr>
        <w:keepNext/>
        <w:spacing w:after="0"/>
        <w:ind w:left="454"/>
      </w:pPr>
      <w:r>
        <w:t>☐  B) Aspetti la pulizia annuale</w:t>
      </w:r>
    </w:p>
    <w:p>
      <w:pPr>
        <w:keepNext w:val="0"/>
        <w:spacing w:after="0"/>
        <w:ind w:left="454"/>
      </w:pPr>
      <w:r>
        <w:t>☐  C) Segnali e chiedi una pulizia con aspiratori adatti</w:t>
      </w:r>
    </w:p>
    <w:p>
      <w:pPr>
        <w:keepNext/>
        <w:spacing w:before="160"/>
      </w:pPr>
      <w:r>
        <w:rPr>
          <w:b/>
          <w:color w:val="B87A00"/>
        </w:rPr>
        <w:t xml:space="preserve">165.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Una catasta di pallet vuoti in legno è appoggiata al muro esterno sotto una finestra del magazzino.</w:t>
      </w:r>
    </w:p>
    <w:p>
      <w:pPr>
        <w:keepNext/>
        <w:spacing w:after="0"/>
        <w:ind w:left="454"/>
      </w:pPr>
      <w:r>
        <w:t>☐  A) Chiedi di spostarla a distanza dalle pareti e dalle aperture</w:t>
      </w:r>
    </w:p>
    <w:p>
      <w:pPr>
        <w:keepNext/>
        <w:spacing w:after="0"/>
        <w:ind w:left="454"/>
      </w:pPr>
      <w:r>
        <w:t>☐  B) Ci appoggi altri rifiuti</w:t>
      </w:r>
    </w:p>
    <w:p>
      <w:pPr>
        <w:keepNext w:val="0"/>
        <w:spacing w:after="0"/>
        <w:ind w:left="454"/>
      </w:pPr>
      <w:r>
        <w:t>☐  C) La lasci, è all'aperto</w:t>
      </w:r>
    </w:p>
    <w:p>
      <w:pPr>
        <w:keepNext/>
        <w:spacing w:before="160"/>
      </w:pPr>
      <w:r>
        <w:rPr>
          <w:b/>
          <w:color w:val="B87A00"/>
        </w:rPr>
        <w:t xml:space="preserve">166. </w:t>
      </w:r>
      <w:r>
        <w:rPr>
          <w:i/>
          <w:color w:val="777777"/>
          <w:sz w:val="17"/>
        </w:rPr>
        <w:t xml:space="preserve">[Metti in ordine] </w:t>
      </w:r>
      <w:r>
        <w:rPr>
          <w:b/>
        </w:rPr>
        <w:t>Gestire un lavoro a caldo – metti le fasi nell'ordine corretto</w:t>
      </w:r>
    </w:p>
    <w:p>
      <w:pPr>
        <w:keepNext/>
        <w:spacing w:after="0"/>
        <w:ind w:left="454"/>
      </w:pPr>
      <w:r>
        <w:t>☐  A) Chiusura di aperture e bonifica dei contenitori</w:t>
      </w:r>
    </w:p>
    <w:p>
      <w:pPr>
        <w:keepNext/>
        <w:spacing w:after="0"/>
        <w:ind w:left="454"/>
      </w:pPr>
      <w:r>
        <w:t>☐  B) Sorveglianza dopo il lavoro e chiusura del permesso</w:t>
      </w:r>
    </w:p>
    <w:p>
      <w:pPr>
        <w:keepNext/>
        <w:spacing w:after="0"/>
        <w:ind w:left="454"/>
      </w:pPr>
      <w:r>
        <w:t>☐  C) Valutare se si può fare a freddo</w:t>
      </w:r>
    </w:p>
    <w:p>
      <w:pPr>
        <w:keepNext/>
        <w:spacing w:after="0"/>
        <w:ind w:left="454"/>
      </w:pPr>
      <w:r>
        <w:t>☐  D) Estintore e sorvegliante durante il lavoro</w:t>
      </w:r>
    </w:p>
    <w:p>
      <w:pPr>
        <w:keepNext w:val="0"/>
        <w:spacing w:after="0"/>
        <w:ind w:left="454"/>
      </w:pPr>
      <w:r>
        <w:t>☐  E) Sopralluogo e rimozione dei combustibili</w:t>
      </w:r>
    </w:p>
    <w:p>
      <w:pPr>
        <w:ind w:left="454"/>
      </w:pPr>
      <w:r>
        <w:t>Ordine corretto: ____ – ____ – ____ – ____ – ____</w:t>
      </w:r>
    </w:p>
    <w:p>
      <w:pPr>
        <w:pStyle w:val="Heading2"/>
      </w:pPr>
      <w:r>
        <w:t>Blocco C2 · Strategia antincendio – parte 1</w:t>
      </w:r>
    </w:p>
    <w:p>
      <w:pPr>
        <w:keepNext/>
        <w:spacing w:before="160"/>
      </w:pPr>
      <w:r>
        <w:rPr>
          <w:b/>
          <w:color w:val="B87A00"/>
        </w:rPr>
        <w:t xml:space="preserve">167.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zona 1 per gas indica un'area in cui l'atmosfera esplosiva è:</w:t>
      </w:r>
    </w:p>
    <w:p>
      <w:pPr>
        <w:keepNext/>
        <w:spacing w:after="0"/>
        <w:ind w:left="454"/>
      </w:pPr>
      <w:r>
        <w:t>☐  A) Improbabile e di breve durata</w:t>
      </w:r>
    </w:p>
    <w:p>
      <w:pPr>
        <w:keepNext/>
        <w:spacing w:after="0"/>
        <w:ind w:left="454"/>
      </w:pPr>
      <w:r>
        <w:t>☐  B) Impossibile</w:t>
      </w:r>
    </w:p>
    <w:p>
      <w:pPr>
        <w:keepNext/>
        <w:spacing w:after="0"/>
        <w:ind w:left="454"/>
      </w:pPr>
      <w:r>
        <w:t>☐  C) Presente in permanenza</w:t>
      </w:r>
    </w:p>
    <w:p>
      <w:pPr>
        <w:keepNext w:val="0"/>
        <w:spacing w:after="0"/>
        <w:ind w:left="454"/>
      </w:pPr>
      <w:r>
        <w:t>☐  D) Probabile occasionalmente durante le normali attività</w:t>
      </w:r>
    </w:p>
    <w:p>
      <w:pPr>
        <w:keepNext/>
        <w:spacing w:before="160"/>
      </w:pPr>
      <w:r>
        <w:rPr>
          <w:b/>
          <w:color w:val="B87A00"/>
        </w:rPr>
        <w:t xml:space="preserve">168.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zone per le polveri combustibili sono:</w:t>
      </w:r>
    </w:p>
    <w:p>
      <w:pPr>
        <w:keepNext/>
        <w:spacing w:after="0"/>
        <w:ind w:left="454"/>
      </w:pPr>
      <w:r>
        <w:t>☐  A) 20, 21, 22</w:t>
      </w:r>
    </w:p>
    <w:p>
      <w:pPr>
        <w:keepNext/>
        <w:spacing w:after="0"/>
        <w:ind w:left="454"/>
      </w:pPr>
      <w:r>
        <w:t>☐  B) 1, 2, 3</w:t>
      </w:r>
    </w:p>
    <w:p>
      <w:pPr>
        <w:keepNext/>
        <w:spacing w:after="0"/>
        <w:ind w:left="454"/>
      </w:pPr>
      <w:r>
        <w:t>☐  C) 0, 1, 2</w:t>
      </w:r>
    </w:p>
    <w:p>
      <w:pPr>
        <w:keepNext w:val="0"/>
        <w:spacing w:after="0"/>
        <w:ind w:left="454"/>
      </w:pPr>
      <w:r>
        <w:t>☐  D) A, B, C</w:t>
      </w:r>
    </w:p>
    <w:p>
      <w:pPr>
        <w:keepNext/>
        <w:spacing w:before="160"/>
      </w:pPr>
      <w:r>
        <w:rPr>
          <w:b/>
          <w:color w:val="B87A00"/>
        </w:rPr>
        <w:t xml:space="preserve">169.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documento sulla protezione contro le esplosioni è previsto dall'art.:</w:t>
      </w:r>
    </w:p>
    <w:p>
      <w:pPr>
        <w:keepNext/>
        <w:spacing w:after="0"/>
        <w:ind w:left="454"/>
      </w:pPr>
      <w:r>
        <w:t>☐  A) 26 D.Lgs. 81/08</w:t>
      </w:r>
    </w:p>
    <w:p>
      <w:pPr>
        <w:keepNext/>
        <w:spacing w:after="0"/>
        <w:ind w:left="454"/>
      </w:pPr>
      <w:r>
        <w:t>☐  B) 294 D.Lgs. 81/08</w:t>
      </w:r>
    </w:p>
    <w:p>
      <w:pPr>
        <w:keepNext/>
        <w:spacing w:after="0"/>
        <w:ind w:left="454"/>
      </w:pPr>
      <w:r>
        <w:t>☐  C) 46 D.Lgs. 81/08</w:t>
      </w:r>
    </w:p>
    <w:p>
      <w:pPr>
        <w:keepNext w:val="0"/>
        <w:spacing w:after="0"/>
        <w:ind w:left="454"/>
      </w:pPr>
      <w:r>
        <w:t>☐  D) 18 D.Lgs. 81/08</w:t>
      </w:r>
    </w:p>
    <w:p>
      <w:pPr>
        <w:keepNext/>
        <w:spacing w:before="160"/>
      </w:pPr>
      <w:r>
        <w:rPr>
          <w:b/>
          <w:color w:val="B87A00"/>
        </w:rPr>
        <w:t xml:space="preserve">170.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apparecchio di categoria 3 per atmosfere esplosive può essere usato in:</w:t>
      </w:r>
    </w:p>
    <w:p>
      <w:pPr>
        <w:keepNext/>
        <w:spacing w:after="0"/>
        <w:ind w:left="454"/>
      </w:pPr>
      <w:r>
        <w:t>☐  A) Zona 0</w:t>
      </w:r>
    </w:p>
    <w:p>
      <w:pPr>
        <w:keepNext/>
        <w:spacing w:after="0"/>
        <w:ind w:left="454"/>
      </w:pPr>
      <w:r>
        <w:t>☐  B) Zona 20</w:t>
      </w:r>
    </w:p>
    <w:p>
      <w:pPr>
        <w:keepNext/>
        <w:spacing w:after="0"/>
        <w:ind w:left="454"/>
      </w:pPr>
      <w:r>
        <w:t>☐  C) Zona 2 o 22</w:t>
      </w:r>
    </w:p>
    <w:p>
      <w:pPr>
        <w:keepNext w:val="0"/>
        <w:spacing w:after="0"/>
        <w:ind w:left="454"/>
      </w:pPr>
      <w:r>
        <w:t>☐  D) Ovunque</w:t>
      </w:r>
    </w:p>
    <w:p>
      <w:pPr>
        <w:keepNext/>
        <w:spacing w:before="160"/>
      </w:pPr>
      <w:r>
        <w:rPr>
          <w:b/>
          <w:color w:val="B87A00"/>
        </w:rPr>
        <w:t xml:space="preserve">171.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classe di temperatura T6 indica:</w:t>
      </w:r>
    </w:p>
    <w:p>
      <w:pPr>
        <w:keepNext/>
        <w:spacing w:after="0"/>
        <w:ind w:left="454"/>
      </w:pPr>
      <w:r>
        <w:t>☐  A) Una temperatura superficiale massima molto bassa</w:t>
      </w:r>
    </w:p>
    <w:p>
      <w:pPr>
        <w:keepNext/>
        <w:spacing w:after="0"/>
        <w:ind w:left="454"/>
      </w:pPr>
      <w:r>
        <w:t>☐  B) La massima resistenza al fuoco</w:t>
      </w:r>
    </w:p>
    <w:p>
      <w:pPr>
        <w:keepNext/>
        <w:spacing w:after="0"/>
        <w:ind w:left="454"/>
      </w:pPr>
      <w:r>
        <w:t>☐  C) Un estintore</w:t>
      </w:r>
    </w:p>
    <w:p>
      <w:pPr>
        <w:keepNext w:val="0"/>
        <w:spacing w:after="0"/>
        <w:ind w:left="454"/>
      </w:pPr>
      <w:r>
        <w:t>☐  D) Una zona ATEX</w:t>
      </w:r>
    </w:p>
    <w:p>
      <w:pPr>
        <w:keepNext/>
        <w:spacing w:before="160"/>
      </w:pPr>
      <w:r>
        <w:rPr>
          <w:b/>
          <w:color w:val="B87A00"/>
        </w:rPr>
        <w:t xml:space="preserve">172.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Lo sfogo di esplosione serve a:</w:t>
      </w:r>
    </w:p>
    <w:p>
      <w:pPr>
        <w:keepNext/>
        <w:spacing w:after="0"/>
        <w:ind w:left="454"/>
      </w:pPr>
      <w:r>
        <w:t>☐  A) Scaricare la pressione verso una zona sicura</w:t>
      </w:r>
    </w:p>
    <w:p>
      <w:pPr>
        <w:keepNext/>
        <w:spacing w:after="0"/>
        <w:ind w:left="454"/>
      </w:pPr>
      <w:r>
        <w:t>☐  B) Aumentare la pressione interna</w:t>
      </w:r>
    </w:p>
    <w:p>
      <w:pPr>
        <w:keepNext/>
        <w:spacing w:after="0"/>
        <w:ind w:left="454"/>
      </w:pPr>
      <w:r>
        <w:t>☐  C) Spegnere l'incendio con acqua</w:t>
      </w:r>
    </w:p>
    <w:p>
      <w:pPr>
        <w:keepNext w:val="0"/>
        <w:spacing w:after="0"/>
        <w:ind w:left="454"/>
      </w:pPr>
      <w:r>
        <w:t>☐  D) Segnalare l'allarme</w:t>
      </w:r>
    </w:p>
    <w:p>
      <w:pPr>
        <w:keepNext/>
        <w:spacing w:before="160"/>
      </w:pPr>
      <w:r>
        <w:rPr>
          <w:b/>
          <w:color w:val="B87A00"/>
        </w:rPr>
        <w:t xml:space="preserve">173.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L'acciaio esposto al fuoco perde in modo marcato capacità portante già intorno a:</w:t>
      </w:r>
    </w:p>
    <w:p>
      <w:pPr>
        <w:keepNext/>
        <w:spacing w:after="0"/>
        <w:ind w:left="454"/>
      </w:pPr>
      <w:r>
        <w:t>☐  A) 50 °C</w:t>
      </w:r>
    </w:p>
    <w:p>
      <w:pPr>
        <w:keepNext/>
        <w:spacing w:after="0"/>
        <w:ind w:left="454"/>
      </w:pPr>
      <w:r>
        <w:t>☐  B) 500-600 °C</w:t>
      </w:r>
    </w:p>
    <w:p>
      <w:pPr>
        <w:keepNext/>
        <w:spacing w:after="0"/>
        <w:ind w:left="454"/>
      </w:pPr>
      <w:r>
        <w:t>☐  C) 2000 °C</w:t>
      </w:r>
    </w:p>
    <w:p>
      <w:pPr>
        <w:keepNext w:val="0"/>
        <w:spacing w:after="0"/>
        <w:ind w:left="454"/>
      </w:pPr>
      <w:r>
        <w:t>☐  D) 100 °C</w:t>
      </w:r>
    </w:p>
    <w:p>
      <w:pPr>
        <w:keepNext/>
        <w:spacing w:before="160"/>
      </w:pPr>
      <w:r>
        <w:rPr>
          <w:b/>
          <w:color w:val="B87A00"/>
        </w:rPr>
        <w:t xml:space="preserve">174.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Lo spalling riguarda:</w:t>
      </w:r>
    </w:p>
    <w:p>
      <w:pPr>
        <w:keepNext/>
        <w:spacing w:after="0"/>
        <w:ind w:left="454"/>
      </w:pPr>
      <w:r>
        <w:t>☐  A) La carbonizzazione del legno</w:t>
      </w:r>
    </w:p>
    <w:p>
      <w:pPr>
        <w:keepNext/>
        <w:spacing w:after="0"/>
        <w:ind w:left="454"/>
      </w:pPr>
      <w:r>
        <w:t>☐  B) La dilatazione del vetro</w:t>
      </w:r>
    </w:p>
    <w:p>
      <w:pPr>
        <w:keepNext/>
        <w:spacing w:after="0"/>
        <w:ind w:left="454"/>
      </w:pPr>
      <w:r>
        <w:t>☐  C) Il distacco di frammenti dal calcestruzzo</w:t>
      </w:r>
    </w:p>
    <w:p>
      <w:pPr>
        <w:keepNext w:val="0"/>
        <w:spacing w:after="0"/>
        <w:ind w:left="454"/>
      </w:pPr>
      <w:r>
        <w:t>☐  D) La fusione dell'alluminio</w:t>
      </w:r>
    </w:p>
    <w:p>
      <w:pPr>
        <w:keepNext/>
        <w:spacing w:before="160"/>
      </w:pPr>
      <w:r>
        <w:rPr>
          <w:b/>
          <w:color w:val="B87A00"/>
        </w:rPr>
        <w:t xml:space="preserve">175.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vernici intumescenti proteggono le strutture:</w:t>
      </w:r>
    </w:p>
    <w:p>
      <w:pPr>
        <w:keepNext/>
        <w:spacing w:after="0"/>
        <w:ind w:left="454"/>
      </w:pPr>
      <w:r>
        <w:t>☐  A) Producendo gas inerte</w:t>
      </w:r>
    </w:p>
    <w:p>
      <w:pPr>
        <w:keepNext/>
        <w:spacing w:after="0"/>
        <w:ind w:left="454"/>
      </w:pPr>
      <w:r>
        <w:t>☐  B) Gonfiandosi e formando uno strato isolante</w:t>
      </w:r>
    </w:p>
    <w:p>
      <w:pPr>
        <w:keepNext/>
        <w:spacing w:after="0"/>
        <w:ind w:left="454"/>
      </w:pPr>
      <w:r>
        <w:t>☐  C) Raffreddando con acqua</w:t>
      </w:r>
    </w:p>
    <w:p>
      <w:pPr>
        <w:keepNext w:val="0"/>
        <w:spacing w:after="0"/>
        <w:ind w:left="454"/>
      </w:pPr>
      <w:r>
        <w:t>☐  D) Riflettendo la luce</w:t>
      </w:r>
    </w:p>
    <w:p>
      <w:pPr>
        <w:keepNext/>
        <w:spacing w:before="160"/>
      </w:pPr>
      <w:r>
        <w:rPr>
          <w:b/>
          <w:color w:val="B87A00"/>
        </w:rPr>
        <w:t xml:space="preserve">176.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scala a prova di fumo si raggiunge:</w:t>
      </w:r>
    </w:p>
    <w:p>
      <w:pPr>
        <w:keepNext/>
        <w:spacing w:after="0"/>
        <w:ind w:left="454"/>
      </w:pPr>
      <w:r>
        <w:t>☐  A) Da qualsiasi porta normale</w:t>
      </w:r>
    </w:p>
    <w:p>
      <w:pPr>
        <w:keepNext/>
        <w:spacing w:after="0"/>
        <w:ind w:left="454"/>
      </w:pPr>
      <w:r>
        <w:t>☐  B) Solo dall'ascensore</w:t>
      </w:r>
    </w:p>
    <w:p>
      <w:pPr>
        <w:keepNext/>
        <w:spacing w:after="0"/>
        <w:ind w:left="454"/>
      </w:pPr>
      <w:r>
        <w:t>☐  C) Dal tetto</w:t>
      </w:r>
    </w:p>
    <w:p>
      <w:pPr>
        <w:keepNext w:val="0"/>
        <w:spacing w:after="0"/>
        <w:ind w:left="454"/>
      </w:pPr>
      <w:r>
        <w:t>☐  D) Tramite filtro a prova di fumo o spazio scoperto</w:t>
      </w:r>
    </w:p>
    <w:p>
      <w:pPr>
        <w:keepNext/>
        <w:spacing w:before="160"/>
      </w:pPr>
      <w:r>
        <w:rPr>
          <w:b/>
          <w:color w:val="B87A00"/>
        </w:rPr>
        <w:t xml:space="preserve">177.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Lo spazio calmo deve avere:</w:t>
      </w:r>
    </w:p>
    <w:p>
      <w:pPr>
        <w:keepNext/>
        <w:spacing w:after="0"/>
        <w:ind w:left="454"/>
      </w:pPr>
      <w:r>
        <w:t>☐  A) Un ascensore ordinario</w:t>
      </w:r>
    </w:p>
    <w:p>
      <w:pPr>
        <w:keepNext/>
        <w:spacing w:after="0"/>
        <w:ind w:left="454"/>
      </w:pPr>
      <w:r>
        <w:t>☐  B) Una finestra apribile obbligatoria</w:t>
      </w:r>
    </w:p>
    <w:p>
      <w:pPr>
        <w:keepNext/>
        <w:spacing w:after="0"/>
        <w:ind w:left="454"/>
      </w:pPr>
      <w:r>
        <w:t>☐  C) Un sistema di comunicazione bidirezionale</w:t>
      </w:r>
    </w:p>
    <w:p>
      <w:pPr>
        <w:keepNext w:val="0"/>
        <w:spacing w:after="0"/>
        <w:ind w:left="454"/>
      </w:pPr>
      <w:r>
        <w:t>☐  D) Una cucina</w:t>
      </w:r>
    </w:p>
    <w:p>
      <w:pPr>
        <w:keepNext/>
        <w:spacing w:before="160"/>
      </w:pPr>
      <w:r>
        <w:rPr>
          <w:b/>
          <w:color w:val="B87A00"/>
        </w:rPr>
        <w:t xml:space="preserve">178.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L'esodo orizzontale progressivo è tipico di:</w:t>
      </w:r>
    </w:p>
    <w:p>
      <w:pPr>
        <w:keepNext/>
        <w:spacing w:after="0"/>
        <w:ind w:left="454"/>
      </w:pPr>
      <w:r>
        <w:t>☐  A) Ospedali e residenze per anziani</w:t>
      </w:r>
    </w:p>
    <w:p>
      <w:pPr>
        <w:keepNext/>
        <w:spacing w:after="0"/>
        <w:ind w:left="454"/>
      </w:pPr>
      <w:r>
        <w:t>☐  B) Parcheggi all'aperto</w:t>
      </w:r>
    </w:p>
    <w:p>
      <w:pPr>
        <w:keepNext/>
        <w:spacing w:after="0"/>
        <w:ind w:left="454"/>
      </w:pPr>
      <w:r>
        <w:t>☐  C) Cantieri stradali</w:t>
      </w:r>
    </w:p>
    <w:p>
      <w:pPr>
        <w:keepNext w:val="0"/>
        <w:spacing w:after="0"/>
        <w:ind w:left="454"/>
      </w:pPr>
      <w:r>
        <w:t>☐  D) Uffici piccoli</w:t>
      </w:r>
    </w:p>
    <w:p>
      <w:pPr>
        <w:keepNext/>
        <w:spacing w:before="160"/>
      </w:pPr>
      <w:r>
        <w:rPr>
          <w:b/>
          <w:color w:val="B87A00"/>
        </w:rPr>
        <w:t xml:space="preserve">179.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sistema EVAC diffonde:</w:t>
      </w:r>
    </w:p>
    <w:p>
      <w:pPr>
        <w:keepNext/>
        <w:spacing w:after="0"/>
        <w:ind w:left="454"/>
      </w:pPr>
      <w:r>
        <w:t>☐  A) Messaggi vocali di emergenza</w:t>
      </w:r>
    </w:p>
    <w:p>
      <w:pPr>
        <w:keepNext/>
        <w:spacing w:after="0"/>
        <w:ind w:left="454"/>
      </w:pPr>
      <w:r>
        <w:t>☐  B) Gas inerte</w:t>
      </w:r>
    </w:p>
    <w:p>
      <w:pPr>
        <w:keepNext/>
        <w:spacing w:after="0"/>
        <w:ind w:left="454"/>
      </w:pPr>
      <w:r>
        <w:t>☐  C) Solo musica di sottofondo</w:t>
      </w:r>
    </w:p>
    <w:p>
      <w:pPr>
        <w:keepNext w:val="0"/>
        <w:spacing w:after="0"/>
        <w:ind w:left="454"/>
      </w:pPr>
      <w:r>
        <w:t>☐  D) Acqua nebulizzata</w:t>
      </w:r>
    </w:p>
    <w:p>
      <w:pPr>
        <w:keepNext/>
        <w:spacing w:before="160"/>
      </w:pPr>
      <w:r>
        <w:rPr>
          <w:b/>
          <w:color w:val="B87A00"/>
        </w:rPr>
        <w:t xml:space="preserve">180.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L'effetto camino porta il fumo:</w:t>
      </w:r>
    </w:p>
    <w:p>
      <w:pPr>
        <w:keepNext/>
        <w:spacing w:after="0"/>
        <w:ind w:left="454"/>
      </w:pPr>
      <w:r>
        <w:t>☐  A) Solo verso il basso</w:t>
      </w:r>
    </w:p>
    <w:p>
      <w:pPr>
        <w:keepNext/>
        <w:spacing w:after="0"/>
        <w:ind w:left="454"/>
      </w:pPr>
      <w:r>
        <w:t>☐  B) Fuori dalle finestre</w:t>
      </w:r>
    </w:p>
    <w:p>
      <w:pPr>
        <w:keepNext/>
        <w:spacing w:after="0"/>
        <w:ind w:left="454"/>
      </w:pPr>
      <w:r>
        <w:t>☐  C) Verso l'alto nei vani verticali</w:t>
      </w:r>
    </w:p>
    <w:p>
      <w:pPr>
        <w:keepNext w:val="0"/>
        <w:spacing w:after="0"/>
        <w:ind w:left="454"/>
      </w:pPr>
      <w:r>
        <w:t>☐  D) Nei sotterranei</w:t>
      </w:r>
    </w:p>
    <w:p>
      <w:pPr>
        <w:keepNext/>
        <w:spacing w:before="160"/>
      </w:pPr>
      <w:r>
        <w:rPr>
          <w:b/>
          <w:color w:val="B87A00"/>
        </w:rPr>
        <w:t xml:space="preserve">181.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Un'atmosfera esplosiva può formarsi anche:</w:t>
      </w:r>
    </w:p>
    <w:p>
      <w:pPr>
        <w:keepNext/>
        <w:spacing w:after="0"/>
        <w:ind w:left="454"/>
      </w:pPr>
      <w:r>
        <w:t>☐  A) Solo con l'acqua</w:t>
      </w:r>
    </w:p>
    <w:p>
      <w:pPr>
        <w:keepNext/>
        <w:spacing w:after="0"/>
        <w:ind w:left="454"/>
      </w:pPr>
      <w:r>
        <w:t>☐  B) Solo nei giorni di pioggia</w:t>
      </w:r>
    </w:p>
    <w:p>
      <w:pPr>
        <w:keepNext/>
        <w:spacing w:after="0"/>
        <w:ind w:left="454"/>
      </w:pPr>
      <w:r>
        <w:t>☐  C) All'interno di serbatoi, tubazioni e filtri</w:t>
      </w:r>
    </w:p>
    <w:p>
      <w:pPr>
        <w:keepNext w:val="0"/>
        <w:spacing w:after="0"/>
        <w:ind w:left="454"/>
      </w:pPr>
      <w:r>
        <w:t>☐  D) Solo all'aperto</w:t>
      </w:r>
    </w:p>
    <w:p>
      <w:pPr>
        <w:keepNext/>
        <w:spacing w:before="160"/>
      </w:pPr>
      <w:r>
        <w:rPr>
          <w:b/>
          <w:color w:val="B87A00"/>
        </w:rPr>
        <w:t xml:space="preserve">182.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prima misura contro le esplosioni è:</w:t>
      </w:r>
    </w:p>
    <w:p>
      <w:pPr>
        <w:keepNext/>
        <w:spacing w:after="0"/>
        <w:ind w:left="454"/>
      </w:pPr>
      <w:r>
        <w:t>☐  A) Installare un estintore</w:t>
      </w:r>
    </w:p>
    <w:p>
      <w:pPr>
        <w:keepNext/>
        <w:spacing w:after="0"/>
        <w:ind w:left="454"/>
      </w:pPr>
      <w:r>
        <w:t>☐  B) Aprire le finestre a fine turno</w:t>
      </w:r>
    </w:p>
    <w:p>
      <w:pPr>
        <w:keepNext/>
        <w:spacing w:after="0"/>
        <w:ind w:left="454"/>
      </w:pPr>
      <w:r>
        <w:t>☐  C) Usare torce comuni</w:t>
      </w:r>
    </w:p>
    <w:p>
      <w:pPr>
        <w:keepNext w:val="0"/>
        <w:spacing w:after="0"/>
        <w:ind w:left="454"/>
      </w:pPr>
      <w:r>
        <w:t>☐  D) Evitare che l'atmosfera esplosiva si formi</w:t>
      </w:r>
    </w:p>
    <w:p>
      <w:pPr>
        <w:keepNext/>
        <w:spacing w:before="160"/>
      </w:pPr>
      <w:r>
        <w:rPr>
          <w:b/>
          <w:color w:val="B87A00"/>
        </w:rPr>
        <w:t xml:space="preserve">183.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simbolo Ex in un esagono indica:</w:t>
      </w:r>
    </w:p>
    <w:p>
      <w:pPr>
        <w:keepNext/>
        <w:spacing w:after="0"/>
        <w:ind w:left="454"/>
      </w:pPr>
      <w:r>
        <w:t>☐  A) Un'uscita</w:t>
      </w:r>
    </w:p>
    <w:p>
      <w:pPr>
        <w:keepNext/>
        <w:spacing w:after="0"/>
        <w:ind w:left="454"/>
      </w:pPr>
      <w:r>
        <w:t>☐  B) Una zona fumatori</w:t>
      </w:r>
    </w:p>
    <w:p>
      <w:pPr>
        <w:keepNext/>
        <w:spacing w:after="0"/>
        <w:ind w:left="454"/>
      </w:pPr>
      <w:r>
        <w:t>☐  C) Un estintore</w:t>
      </w:r>
    </w:p>
    <w:p>
      <w:pPr>
        <w:keepNext w:val="0"/>
        <w:spacing w:after="0"/>
        <w:ind w:left="454"/>
      </w:pPr>
      <w:r>
        <w:t>☐  D) Un apparecchio certificato per atmosfere esplosive</w:t>
      </w:r>
    </w:p>
    <w:p>
      <w:pPr>
        <w:keepNext/>
        <w:spacing w:before="160"/>
      </w:pPr>
      <w:r>
        <w:rPr>
          <w:b/>
          <w:color w:val="B87A00"/>
        </w:rPr>
        <w:t xml:space="preserve">184.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 sistemi di isolamento delle esplosioni servono a:</w:t>
      </w:r>
    </w:p>
    <w:p>
      <w:pPr>
        <w:keepNext/>
        <w:spacing w:after="0"/>
        <w:ind w:left="454"/>
      </w:pPr>
      <w:r>
        <w:t>☐  A) Insonorizzare le macchine</w:t>
      </w:r>
    </w:p>
    <w:p>
      <w:pPr>
        <w:keepNext/>
        <w:spacing w:after="0"/>
        <w:ind w:left="454"/>
      </w:pPr>
      <w:r>
        <w:t>☐  B) Impedire la propagazione lungo tubazioni e condotte</w:t>
      </w:r>
    </w:p>
    <w:p>
      <w:pPr>
        <w:keepNext/>
        <w:spacing w:after="0"/>
        <w:ind w:left="454"/>
      </w:pPr>
      <w:r>
        <w:t>☐  C) Isolare termicamente l'edificio</w:t>
      </w:r>
    </w:p>
    <w:p>
      <w:pPr>
        <w:keepNext w:val="0"/>
        <w:spacing w:after="0"/>
        <w:ind w:left="454"/>
      </w:pPr>
      <w:r>
        <w:t>☐  D) Isolare i cavi elettrici</w:t>
      </w:r>
    </w:p>
    <w:p>
      <w:pPr>
        <w:keepNext/>
        <w:spacing w:before="160"/>
      </w:pPr>
      <w:r>
        <w:rPr>
          <w:b/>
          <w:color w:val="B87A00"/>
        </w:rPr>
        <w:t xml:space="preserve">185.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 collegamenti metallici delle strutture in un incendio:</w:t>
      </w:r>
    </w:p>
    <w:p>
      <w:pPr>
        <w:keepNext/>
        <w:spacing w:after="0"/>
        <w:ind w:left="454"/>
      </w:pPr>
      <w:r>
        <w:t>☐  A) Non contano</w:t>
      </w:r>
    </w:p>
    <w:p>
      <w:pPr>
        <w:keepNext/>
        <w:spacing w:after="0"/>
        <w:ind w:left="454"/>
      </w:pPr>
      <w:r>
        <w:t>☐  B) Non si scaldano mai</w:t>
      </w:r>
    </w:p>
    <w:p>
      <w:pPr>
        <w:keepNext/>
        <w:spacing w:after="0"/>
        <w:ind w:left="454"/>
      </w:pPr>
      <w:r>
        <w:t>☐  C) Sono spesso più vulnerabili degli elementi principali</w:t>
      </w:r>
    </w:p>
    <w:p>
      <w:pPr>
        <w:keepNext w:val="0"/>
        <w:spacing w:after="0"/>
        <w:ind w:left="454"/>
      </w:pPr>
      <w:r>
        <w:t>☐  D) Diventano più resistenti</w:t>
      </w:r>
    </w:p>
    <w:p>
      <w:pPr>
        <w:keepNext/>
        <w:spacing w:before="160"/>
      </w:pPr>
      <w:r>
        <w:rPr>
          <w:b/>
          <w:color w:val="B87A00"/>
        </w:rPr>
        <w:t xml:space="preserve">186.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soppalco in acciaio aggiunto senza progetto:</w:t>
      </w:r>
    </w:p>
    <w:p>
      <w:pPr>
        <w:keepNext/>
        <w:spacing w:after="0"/>
        <w:ind w:left="454"/>
      </w:pPr>
      <w:r>
        <w:t>☐  A) È sempre resistente al fuoco</w:t>
      </w:r>
    </w:p>
    <w:p>
      <w:pPr>
        <w:keepNext/>
        <w:spacing w:after="0"/>
        <w:ind w:left="454"/>
      </w:pPr>
      <w:r>
        <w:t>☐  B) Migliora l'esodo</w:t>
      </w:r>
    </w:p>
    <w:p>
      <w:pPr>
        <w:keepNext/>
        <w:spacing w:after="0"/>
        <w:ind w:left="454"/>
      </w:pPr>
      <w:r>
        <w:t>☐  C) Non va segnalato</w:t>
      </w:r>
    </w:p>
    <w:p>
      <w:pPr>
        <w:keepNext w:val="0"/>
        <w:spacing w:after="0"/>
        <w:ind w:left="454"/>
      </w:pPr>
      <w:r>
        <w:t>☐  D) Può non essere considerato nella valutazione antincendio</w:t>
      </w:r>
    </w:p>
    <w:p>
      <w:pPr>
        <w:keepNext/>
        <w:spacing w:before="160"/>
      </w:pPr>
      <w:r>
        <w:rPr>
          <w:b/>
          <w:color w:val="B87A00"/>
        </w:rPr>
        <w:t xml:space="preserve">187.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fascia di separazione in facciata serve a:</w:t>
      </w:r>
    </w:p>
    <w:p>
      <w:pPr>
        <w:keepNext/>
        <w:spacing w:after="0"/>
        <w:ind w:left="454"/>
      </w:pPr>
      <w:r>
        <w:t>☐  A) Raccogliere l'acqua</w:t>
      </w:r>
    </w:p>
    <w:p>
      <w:pPr>
        <w:keepNext/>
        <w:spacing w:after="0"/>
        <w:ind w:left="454"/>
      </w:pPr>
      <w:r>
        <w:t>☐  B) Sostenere le finestre</w:t>
      </w:r>
    </w:p>
    <w:p>
      <w:pPr>
        <w:keepNext/>
        <w:spacing w:after="0"/>
        <w:ind w:left="454"/>
      </w:pPr>
      <w:r>
        <w:t>☐  C) Interrompere la propagazione dell'incendio tra i piani</w:t>
      </w:r>
    </w:p>
    <w:p>
      <w:pPr>
        <w:keepNext w:val="0"/>
        <w:spacing w:after="0"/>
        <w:ind w:left="454"/>
      </w:pPr>
      <w:r>
        <w:t>☐  D) Decorare l'edificio</w:t>
      </w:r>
    </w:p>
    <w:p>
      <w:pPr>
        <w:keepNext/>
        <w:spacing w:before="160"/>
      </w:pPr>
      <w:r>
        <w:rPr>
          <w:b/>
          <w:color w:val="B87A00"/>
        </w:rPr>
        <w:t xml:space="preserve">188.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filtro a prova di fumo è:</w:t>
      </w:r>
    </w:p>
    <w:p>
      <w:pPr>
        <w:keepNext/>
        <w:spacing w:after="0"/>
        <w:ind w:left="454"/>
      </w:pPr>
      <w:r>
        <w:t>☐  A) Una mascherina</w:t>
      </w:r>
    </w:p>
    <w:p>
      <w:pPr>
        <w:keepNext/>
        <w:spacing w:after="0"/>
        <w:ind w:left="454"/>
      </w:pPr>
      <w:r>
        <w:t>☐  B) Un tipo di estintore</w:t>
      </w:r>
    </w:p>
    <w:p>
      <w:pPr>
        <w:keepNext/>
        <w:spacing w:after="0"/>
        <w:ind w:left="454"/>
      </w:pPr>
      <w:r>
        <w:t>☐  C) Un vano con porte autochiudenti che impedisce il passaggio del fumo</w:t>
      </w:r>
    </w:p>
    <w:p>
      <w:pPr>
        <w:keepNext w:val="0"/>
        <w:spacing w:after="0"/>
        <w:ind w:left="454"/>
      </w:pPr>
      <w:r>
        <w:t>☐  D) Un filtro dell'aria condizionata</w:t>
      </w:r>
    </w:p>
    <w:p>
      <w:pPr>
        <w:keepNext/>
        <w:spacing w:before="160"/>
      </w:pPr>
      <w:r>
        <w:rPr>
          <w:b/>
          <w:color w:val="B87A00"/>
        </w:rPr>
        <w:t xml:space="preserve">189.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densità di affollamento si esprime in:</w:t>
      </w:r>
    </w:p>
    <w:p>
      <w:pPr>
        <w:keepNext/>
        <w:spacing w:after="0"/>
        <w:ind w:left="454"/>
      </w:pPr>
      <w:r>
        <w:t>☐  A) Gradi</w:t>
      </w:r>
    </w:p>
    <w:p>
      <w:pPr>
        <w:keepNext/>
        <w:spacing w:after="0"/>
        <w:ind w:left="454"/>
      </w:pPr>
      <w:r>
        <w:t>☐  B) Litri al minuto</w:t>
      </w:r>
    </w:p>
    <w:p>
      <w:pPr>
        <w:keepNext/>
        <w:spacing w:after="0"/>
        <w:ind w:left="454"/>
      </w:pPr>
      <w:r>
        <w:t>☐  C) Megajoule</w:t>
      </w:r>
    </w:p>
    <w:p>
      <w:pPr>
        <w:keepNext w:val="0"/>
        <w:spacing w:after="0"/>
        <w:ind w:left="454"/>
      </w:pPr>
      <w:r>
        <w:t>☐  D) Persone al metro quadrato</w:t>
      </w:r>
    </w:p>
    <w:p>
      <w:pPr>
        <w:keepNext/>
        <w:spacing w:before="160"/>
      </w:pPr>
      <w:r>
        <w:rPr>
          <w:b/>
          <w:color w:val="B87A00"/>
        </w:rPr>
        <w:t xml:space="preserve">190.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rivelatore vicino alla bocchetta dell'aria condizionata:</w:t>
      </w:r>
    </w:p>
    <w:p>
      <w:pPr>
        <w:keepNext/>
        <w:spacing w:after="0"/>
        <w:ind w:left="454"/>
      </w:pPr>
      <w:r>
        <w:t>☐  A) Non dà mai falsi allarmi</w:t>
      </w:r>
    </w:p>
    <w:p>
      <w:pPr>
        <w:keepNext/>
        <w:spacing w:after="0"/>
        <w:ind w:left="454"/>
      </w:pPr>
      <w:r>
        <w:t>☐  B) Può non ricevere il fumo</w:t>
      </w:r>
    </w:p>
    <w:p>
      <w:pPr>
        <w:keepNext/>
        <w:spacing w:after="0"/>
        <w:ind w:left="454"/>
      </w:pPr>
      <w:r>
        <w:t>☐  C) Funziona meglio</w:t>
      </w:r>
    </w:p>
    <w:p>
      <w:pPr>
        <w:keepNext w:val="0"/>
        <w:spacing w:after="0"/>
        <w:ind w:left="454"/>
      </w:pPr>
      <w:r>
        <w:t>☐  D) È obbligatorio</w:t>
      </w:r>
    </w:p>
    <w:p>
      <w:pPr>
        <w:keepNext/>
        <w:spacing w:before="160"/>
      </w:pPr>
      <w:r>
        <w:rPr>
          <w:b/>
          <w:color w:val="B87A00"/>
        </w:rPr>
        <w:t xml:space="preserve">191.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Lo stato di esclusione di una zona sulla centrale significa:</w:t>
      </w:r>
    </w:p>
    <w:p>
      <w:pPr>
        <w:keepNext/>
        <w:spacing w:after="0"/>
        <w:ind w:left="454"/>
      </w:pPr>
      <w:r>
        <w:t>☐  A) C'è un incendio</w:t>
      </w:r>
    </w:p>
    <w:p>
      <w:pPr>
        <w:keepNext/>
        <w:spacing w:after="0"/>
        <w:ind w:left="454"/>
      </w:pPr>
      <w:r>
        <w:t>☐  B) La zona è stata disattivata volontariamente</w:t>
      </w:r>
    </w:p>
    <w:p>
      <w:pPr>
        <w:keepNext/>
        <w:spacing w:after="0"/>
        <w:ind w:left="454"/>
      </w:pPr>
      <w:r>
        <w:t>☐  C) Tutto è normale</w:t>
      </w:r>
    </w:p>
    <w:p>
      <w:pPr>
        <w:keepNext w:val="0"/>
        <w:spacing w:after="0"/>
        <w:ind w:left="454"/>
      </w:pPr>
      <w:r>
        <w:t>☐  D) La zona è in prova</w:t>
      </w:r>
    </w:p>
    <w:p>
      <w:pPr>
        <w:keepNext/>
        <w:spacing w:before="160"/>
      </w:pPr>
      <w:r>
        <w:rPr>
          <w:b/>
          <w:color w:val="B87A00"/>
        </w:rPr>
        <w:t xml:space="preserve">192.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fumo che si allontana dall'incendio e si raffredda:</w:t>
      </w:r>
    </w:p>
    <w:p>
      <w:pPr>
        <w:keepNext/>
        <w:spacing w:after="0"/>
        <w:ind w:left="454"/>
      </w:pPr>
      <w:r>
        <w:t>☐  A) Può scendere e invadere zone lontane</w:t>
      </w:r>
    </w:p>
    <w:p>
      <w:pPr>
        <w:keepNext/>
        <w:spacing w:after="0"/>
        <w:ind w:left="454"/>
      </w:pPr>
      <w:r>
        <w:t>☐  B) Scompare</w:t>
      </w:r>
    </w:p>
    <w:p>
      <w:pPr>
        <w:keepNext/>
        <w:spacing w:after="0"/>
        <w:ind w:left="454"/>
      </w:pPr>
      <w:r>
        <w:t>☐  C) Diventa respirabile</w:t>
      </w:r>
    </w:p>
    <w:p>
      <w:pPr>
        <w:keepNext w:val="0"/>
        <w:spacing w:after="0"/>
        <w:ind w:left="454"/>
      </w:pPr>
      <w:r>
        <w:t>☐  D) Sale sempre di più</w:t>
      </w:r>
    </w:p>
    <w:p>
      <w:pPr>
        <w:keepNext/>
        <w:spacing w:before="160"/>
      </w:pPr>
      <w:r>
        <w:rPr>
          <w:b/>
          <w:color w:val="B87A00"/>
        </w:rPr>
        <w:t xml:space="preserve">193.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simbolo degli apparecchi per atmosfere esplosive è Ex in un ___.</w:t>
      </w:r>
    </w:p>
    <w:p>
      <w:pPr>
        <w:keepNext/>
        <w:spacing w:after="0"/>
        <w:ind w:left="454"/>
      </w:pPr>
      <w:r>
        <w:t>☐  A) cerchio</w:t>
      </w:r>
    </w:p>
    <w:p>
      <w:pPr>
        <w:keepNext/>
        <w:spacing w:after="0"/>
        <w:ind w:left="454"/>
      </w:pPr>
      <w:r>
        <w:t>☐  B) triangolo</w:t>
      </w:r>
    </w:p>
    <w:p>
      <w:pPr>
        <w:keepNext/>
        <w:spacing w:after="0"/>
        <w:ind w:left="454"/>
      </w:pPr>
      <w:r>
        <w:t>☐  C) quadrato</w:t>
      </w:r>
    </w:p>
    <w:p>
      <w:pPr>
        <w:keepNext w:val="0"/>
        <w:spacing w:after="0"/>
        <w:ind w:left="454"/>
      </w:pPr>
      <w:r>
        <w:t>☐  D) esagono</w:t>
      </w:r>
    </w:p>
    <w:p>
      <w:pPr>
        <w:keepNext/>
        <w:spacing w:before="160"/>
      </w:pPr>
      <w:r>
        <w:rPr>
          <w:b/>
          <w:color w:val="B87A00"/>
        </w:rPr>
        <w:t xml:space="preserve">194.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La norma sui sistemi di evacuazione di fumo e calore è la UNI ___.</w:t>
      </w:r>
    </w:p>
    <w:p>
      <w:pPr>
        <w:keepNext/>
        <w:spacing w:after="0"/>
        <w:ind w:left="454"/>
      </w:pPr>
      <w:r>
        <w:t>☐  A) 9494</w:t>
      </w:r>
    </w:p>
    <w:p>
      <w:pPr>
        <w:keepNext/>
        <w:spacing w:after="0"/>
        <w:ind w:left="454"/>
      </w:pPr>
      <w:r>
        <w:t>☐  B) 9795</w:t>
      </w:r>
    </w:p>
    <w:p>
      <w:pPr>
        <w:keepNext/>
        <w:spacing w:after="0"/>
        <w:ind w:left="454"/>
      </w:pPr>
      <w:r>
        <w:t>☐  C) 2</w:t>
      </w:r>
    </w:p>
    <w:p>
      <w:pPr>
        <w:keepNext w:val="0"/>
        <w:spacing w:after="0"/>
        <w:ind w:left="454"/>
      </w:pPr>
      <w:r>
        <w:t>☐  D) 1125</w:t>
      </w:r>
    </w:p>
    <w:p>
      <w:pPr>
        <w:keepNext/>
        <w:spacing w:before="160"/>
      </w:pPr>
      <w:r>
        <w:rPr>
          <w:b/>
          <w:color w:val="B87A00"/>
        </w:rPr>
        <w:t xml:space="preserve">195.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cartello agli accessi delle aree ATEX è triangolare giallo con la scritta ___.</w:t>
      </w:r>
    </w:p>
    <w:p>
      <w:pPr>
        <w:keepNext/>
        <w:spacing w:after="0"/>
        <w:ind w:left="454"/>
      </w:pPr>
      <w:r>
        <w:t>☐  A) STOP</w:t>
      </w:r>
    </w:p>
    <w:p>
      <w:pPr>
        <w:keepNext/>
        <w:spacing w:after="0"/>
        <w:ind w:left="454"/>
      </w:pPr>
      <w:r>
        <w:t>☐  B) EX</w:t>
      </w:r>
    </w:p>
    <w:p>
      <w:pPr>
        <w:keepNext/>
        <w:spacing w:after="0"/>
        <w:ind w:left="454"/>
      </w:pPr>
      <w:r>
        <w:t>☐  C) SOS</w:t>
      </w:r>
    </w:p>
    <w:p>
      <w:pPr>
        <w:keepNext w:val="0"/>
        <w:spacing w:after="0"/>
        <w:ind w:left="454"/>
      </w:pPr>
      <w:r>
        <w:t>☐  D) H2O</w:t>
      </w:r>
    </w:p>
    <w:p>
      <w:pPr>
        <w:keepNext/>
        <w:spacing w:before="160"/>
      </w:pPr>
      <w:r>
        <w:rPr>
          <w:b/>
          <w:color w:val="B87A00"/>
        </w:rPr>
        <w:t xml:space="preserve">196.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Gli apparecchi di categoria 1 sono adatti alle zone 0 e ___.</w:t>
      </w:r>
    </w:p>
    <w:p>
      <w:pPr>
        <w:keepNext/>
        <w:spacing w:after="0"/>
        <w:ind w:left="454"/>
      </w:pPr>
      <w:r>
        <w:t>☐  A) 2</w:t>
      </w:r>
    </w:p>
    <w:p>
      <w:pPr>
        <w:keepNext/>
        <w:spacing w:after="0"/>
        <w:ind w:left="454"/>
      </w:pPr>
      <w:r>
        <w:t>☐  B) 22</w:t>
      </w:r>
    </w:p>
    <w:p>
      <w:pPr>
        <w:keepNext/>
        <w:spacing w:after="0"/>
        <w:ind w:left="454"/>
      </w:pPr>
      <w:r>
        <w:t>☐  C) 20</w:t>
      </w:r>
    </w:p>
    <w:p>
      <w:pPr>
        <w:keepNext w:val="0"/>
        <w:spacing w:after="0"/>
        <w:ind w:left="454"/>
      </w:pPr>
      <w:r>
        <w:t>☐  D) 1</w:t>
      </w:r>
    </w:p>
    <w:p>
      <w:pPr>
        <w:keepNext/>
        <w:spacing w:before="160"/>
      </w:pPr>
      <w:r>
        <w:rPr>
          <w:b/>
          <w:color w:val="B87A00"/>
        </w:rPr>
        <w:t xml:space="preserve">197.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In zona classificata si può usare un ventilatore domestico se è nuovo.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198.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Il legno lamellare carbonizza in superficie proteggendo la parte interna.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199.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Una porta della scala protetta aperta a un piano può rendere la scala inutilizzabile ai piani superiori.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200.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Il luogo sicuro temporaneo permette di restare senza limiti di tempo.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201.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Se il fumo blocca l'esodo, rifugiarsi dietro una porta chiusa sigillando le fessure può salvare la vita.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202.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 rivelatori vanno installati anche nei controsoffitti con cavi elettrici.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203.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Gli evacuatori di fumo funzionano anche con tutti i portoni chiusi.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204.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 impianto di pressurizzazione delle scale non va confuso con la normale ventilazione.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205.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Le cortine tagliafuoco sono utili per chiudere aperture molto ampie.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206.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 messaggio EVAC dovrebbe essere lungo e ricco di termini tecnici.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207.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Una scala aperta non separata dai piani resta libera dal fumo.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208.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Un collega entra in una cabina di verniciatura classificata con la torcia comune del telefono accesa.</w:t>
      </w:r>
    </w:p>
    <w:p>
      <w:pPr>
        <w:keepNext/>
        <w:spacing w:after="0"/>
        <w:ind w:left="454"/>
      </w:pPr>
      <w:r>
        <w:t>☐  A) Lo fermi e spieghi che servono apparecchi certificati per la zona</w:t>
      </w:r>
    </w:p>
    <w:p>
      <w:pPr>
        <w:keepNext/>
        <w:spacing w:after="0"/>
        <w:ind w:left="454"/>
      </w:pPr>
      <w:r>
        <w:t>☐  B) Gli presti un accendino</w:t>
      </w:r>
    </w:p>
    <w:p>
      <w:pPr>
        <w:keepNext w:val="0"/>
        <w:spacing w:after="0"/>
        <w:ind w:left="454"/>
      </w:pPr>
      <w:r>
        <w:t>☐  C) Lo lasci fare perché è solo una luce</w:t>
      </w:r>
    </w:p>
    <w:p>
      <w:pPr>
        <w:keepNext/>
        <w:spacing w:before="160"/>
      </w:pPr>
      <w:r>
        <w:rPr>
          <w:b/>
          <w:color w:val="B87A00"/>
        </w:rPr>
        <w:t xml:space="preserve">209.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Durante l'evacuazione una persona in carrozzina è al secondo piano e la scala è affollata.</w:t>
      </w:r>
    </w:p>
    <w:p>
      <w:pPr>
        <w:keepNext/>
        <w:spacing w:after="0"/>
        <w:ind w:left="454"/>
      </w:pPr>
      <w:r>
        <w:t>☐  A) La lasci in ufficio con la porta chiusa senza dirlo a nessuno</w:t>
      </w:r>
    </w:p>
    <w:p>
      <w:pPr>
        <w:keepNext/>
        <w:spacing w:after="0"/>
        <w:ind w:left="454"/>
      </w:pPr>
      <w:r>
        <w:t>☐  B) La accompagni allo spazio calmo e comunichi subito la sua posizione</w:t>
      </w:r>
    </w:p>
    <w:p>
      <w:pPr>
        <w:keepNext w:val="0"/>
        <w:spacing w:after="0"/>
        <w:ind w:left="454"/>
      </w:pPr>
      <w:r>
        <w:t>☐  C) Usi l'ascensore ordinario</w:t>
      </w:r>
    </w:p>
    <w:p>
      <w:pPr>
        <w:keepNext/>
        <w:spacing w:before="160"/>
      </w:pPr>
      <w:r>
        <w:rPr>
          <w:b/>
          <w:color w:val="B87A00"/>
        </w:rPr>
        <w:t xml:space="preserve">210.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Il fumo invade il corridoio e la porta della tua stanza è calda.</w:t>
      </w:r>
    </w:p>
    <w:p>
      <w:pPr>
        <w:keepNext/>
        <w:spacing w:after="0"/>
        <w:ind w:left="454"/>
      </w:pPr>
      <w:r>
        <w:t>☐  A) Corri nel fumo verso l'uscita conosciuta</w:t>
      </w:r>
    </w:p>
    <w:p>
      <w:pPr>
        <w:keepNext/>
        <w:spacing w:after="0"/>
        <w:ind w:left="454"/>
      </w:pPr>
      <w:r>
        <w:t>☐  B) Apri la porta per vedere</w:t>
      </w:r>
    </w:p>
    <w:p>
      <w:pPr>
        <w:keepNext w:val="0"/>
        <w:spacing w:after="0"/>
        <w:ind w:left="454"/>
      </w:pPr>
      <w:r>
        <w:t>☐  C) Resti dentro, chiudi le fessure e ti segnali dalla finestra</w:t>
      </w:r>
    </w:p>
    <w:p>
      <w:pPr>
        <w:keepNext/>
        <w:spacing w:before="160"/>
      </w:pPr>
      <w:r>
        <w:rPr>
          <w:b/>
          <w:color w:val="B87A00"/>
        </w:rPr>
        <w:t xml:space="preserve">211.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Durante l'esercitazione l'impianto EVAC non si sente nel reparto più rumoroso.</w:t>
      </w:r>
    </w:p>
    <w:p>
      <w:pPr>
        <w:keepNext/>
        <w:spacing w:after="0"/>
        <w:ind w:left="454"/>
      </w:pPr>
      <w:r>
        <w:t>☐  A) Lo annoti e chiedi segnalatori luminosi o un adeguamento</w:t>
      </w:r>
    </w:p>
    <w:p>
      <w:pPr>
        <w:keepNext/>
        <w:spacing w:after="0"/>
        <w:ind w:left="454"/>
      </w:pPr>
      <w:r>
        <w:t>☐  B) Alzi la radio</w:t>
      </w:r>
    </w:p>
    <w:p>
      <w:pPr>
        <w:keepNext w:val="0"/>
        <w:spacing w:after="0"/>
        <w:ind w:left="454"/>
      </w:pPr>
      <w:r>
        <w:t>☐  C) Non importa, sentono gli altri</w:t>
      </w:r>
    </w:p>
    <w:p>
      <w:pPr>
        <w:pStyle w:val="Heading2"/>
      </w:pPr>
      <w:r>
        <w:t>Blocco C3 · Strategia parte 2 e gestione dell'emergenza</w:t>
      </w:r>
    </w:p>
    <w:p>
      <w:pPr>
        <w:keepNext/>
        <w:spacing w:before="160"/>
      </w:pPr>
      <w:r>
        <w:rPr>
          <w:b/>
          <w:color w:val="B87A00"/>
        </w:rPr>
        <w:t xml:space="preserve">212.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estintore carrellato si usa di norma:</w:t>
      </w:r>
    </w:p>
    <w:p>
      <w:pPr>
        <w:keepNext/>
        <w:spacing w:after="0"/>
        <w:ind w:left="454"/>
      </w:pPr>
      <w:r>
        <w:t>☐  A) Senza spina di sicurezza</w:t>
      </w:r>
    </w:p>
    <w:p>
      <w:pPr>
        <w:keepNext/>
        <w:spacing w:after="0"/>
        <w:ind w:left="454"/>
      </w:pPr>
      <w:r>
        <w:t>☐  B) In due persone, srotolando tutta la tubazione</w:t>
      </w:r>
    </w:p>
    <w:p>
      <w:pPr>
        <w:keepNext/>
        <w:spacing w:after="0"/>
        <w:ind w:left="454"/>
      </w:pPr>
      <w:r>
        <w:t>☐  C) Solo dai Vigili del Fuoco</w:t>
      </w:r>
    </w:p>
    <w:p>
      <w:pPr>
        <w:keepNext w:val="0"/>
        <w:spacing w:after="0"/>
        <w:ind w:left="454"/>
      </w:pPr>
      <w:r>
        <w:t>☐  D) Da soli senza srotolare il tubo</w:t>
      </w:r>
    </w:p>
    <w:p>
      <w:pPr>
        <w:keepNext/>
        <w:spacing w:before="160"/>
      </w:pPr>
      <w:r>
        <w:rPr>
          <w:b/>
          <w:color w:val="B87A00"/>
        </w:rPr>
        <w:t xml:space="preserve">213.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Negli impianti sprinkler a secco le tubazioni contengono:</w:t>
      </w:r>
    </w:p>
    <w:p>
      <w:pPr>
        <w:keepNext/>
        <w:spacing w:after="0"/>
        <w:ind w:left="454"/>
      </w:pPr>
      <w:r>
        <w:t>☐  A) Acqua</w:t>
      </w:r>
    </w:p>
    <w:p>
      <w:pPr>
        <w:keepNext/>
        <w:spacing w:after="0"/>
        <w:ind w:left="454"/>
      </w:pPr>
      <w:r>
        <w:t>☐  B) CO2</w:t>
      </w:r>
    </w:p>
    <w:p>
      <w:pPr>
        <w:keepNext/>
        <w:spacing w:after="0"/>
        <w:ind w:left="454"/>
      </w:pPr>
      <w:r>
        <w:t>☐  C) Schiuma</w:t>
      </w:r>
    </w:p>
    <w:p>
      <w:pPr>
        <w:keepNext w:val="0"/>
        <w:spacing w:after="0"/>
        <w:ind w:left="454"/>
      </w:pPr>
      <w:r>
        <w:t>☐  D) Aria in pressione</w:t>
      </w:r>
    </w:p>
    <w:p>
      <w:pPr>
        <w:keepNext/>
        <w:spacing w:before="160"/>
      </w:pPr>
      <w:r>
        <w:rPr>
          <w:b/>
          <w:color w:val="B87A00"/>
        </w:rPr>
        <w:t xml:space="preserve">214.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schiume resistenti agli alcoli (AR) servono per:</w:t>
      </w:r>
    </w:p>
    <w:p>
      <w:pPr>
        <w:keepNext/>
        <w:spacing w:after="0"/>
        <w:ind w:left="454"/>
      </w:pPr>
      <w:r>
        <w:t>☐  A) Fuochi di metalli</w:t>
      </w:r>
    </w:p>
    <w:p>
      <w:pPr>
        <w:keepNext/>
        <w:spacing w:after="0"/>
        <w:ind w:left="454"/>
      </w:pPr>
      <w:r>
        <w:t>☐  B) Solventi polari come alcoli e chetoni</w:t>
      </w:r>
    </w:p>
    <w:p>
      <w:pPr>
        <w:keepNext/>
        <w:spacing w:after="0"/>
        <w:ind w:left="454"/>
      </w:pPr>
      <w:r>
        <w:t>☐  C) Carta</w:t>
      </w:r>
    </w:p>
    <w:p>
      <w:pPr>
        <w:keepNext w:val="0"/>
        <w:spacing w:after="0"/>
        <w:ind w:left="454"/>
      </w:pPr>
      <w:r>
        <w:t>☐  D) Apparecchi elettrici</w:t>
      </w:r>
    </w:p>
    <w:p>
      <w:pPr>
        <w:keepNext/>
        <w:spacing w:before="160"/>
      </w:pPr>
      <w:r>
        <w:rPr>
          <w:b/>
          <w:color w:val="B87A00"/>
        </w:rPr>
        <w:t xml:space="preserve">215.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pompa jockey serve a:</w:t>
      </w:r>
    </w:p>
    <w:p>
      <w:pPr>
        <w:keepNext/>
        <w:spacing w:after="0"/>
        <w:ind w:left="454"/>
      </w:pPr>
      <w:r>
        <w:t>☐  A) Spegnere l'incendio da sola</w:t>
      </w:r>
    </w:p>
    <w:p>
      <w:pPr>
        <w:keepNext/>
        <w:spacing w:after="0"/>
        <w:ind w:left="454"/>
      </w:pPr>
      <w:r>
        <w:t>☐  B) Alimentare gli sprinkler per ore</w:t>
      </w:r>
    </w:p>
    <w:p>
      <w:pPr>
        <w:keepNext/>
        <w:spacing w:after="0"/>
        <w:ind w:left="454"/>
      </w:pPr>
      <w:r>
        <w:t>☐  C) Mantenere in pressione la rete compensando piccole perdite</w:t>
      </w:r>
    </w:p>
    <w:p>
      <w:pPr>
        <w:keepNext w:val="0"/>
        <w:spacing w:after="0"/>
        <w:ind w:left="454"/>
      </w:pPr>
      <w:r>
        <w:t>☐  D) Svuotare la riserva</w:t>
      </w:r>
    </w:p>
    <w:p>
      <w:pPr>
        <w:keepNext/>
        <w:spacing w:before="160"/>
      </w:pPr>
      <w:r>
        <w:rPr>
          <w:b/>
          <w:color w:val="B87A00"/>
        </w:rPr>
        <w:t xml:space="preserve">216.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pompe antincendio principali, una volta avviate:</w:t>
      </w:r>
    </w:p>
    <w:p>
      <w:pPr>
        <w:keepNext/>
        <w:spacing w:after="0"/>
        <w:ind w:left="454"/>
      </w:pPr>
      <w:r>
        <w:t>☐  A) Si fermano da sole dopo un minuto</w:t>
      </w:r>
    </w:p>
    <w:p>
      <w:pPr>
        <w:keepNext/>
        <w:spacing w:after="0"/>
        <w:ind w:left="454"/>
      </w:pPr>
      <w:r>
        <w:t>☐  B) Non partono mai in automatico</w:t>
      </w:r>
    </w:p>
    <w:p>
      <w:pPr>
        <w:keepNext/>
        <w:spacing w:after="0"/>
        <w:ind w:left="454"/>
      </w:pPr>
      <w:r>
        <w:t>☐  C) Vanno spente subito per risparmiare</w:t>
      </w:r>
    </w:p>
    <w:p>
      <w:pPr>
        <w:keepNext w:val="0"/>
        <w:spacing w:after="0"/>
        <w:ind w:left="454"/>
      </w:pPr>
      <w:r>
        <w:t>☐  D) Di norma si fermano solo manualmente</w:t>
      </w:r>
    </w:p>
    <w:p>
      <w:pPr>
        <w:keepNext/>
        <w:spacing w:before="160"/>
      </w:pPr>
      <w:r>
        <w:rPr>
          <w:b/>
          <w:color w:val="B87A00"/>
        </w:rPr>
        <w:t xml:space="preserve">217.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Gli attacchi per autopompa servono a:</w:t>
      </w:r>
    </w:p>
    <w:p>
      <w:pPr>
        <w:keepNext/>
        <w:spacing w:after="0"/>
        <w:ind w:left="454"/>
      </w:pPr>
      <w:r>
        <w:t>☐  A) Collegare la rete elettrica</w:t>
      </w:r>
    </w:p>
    <w:p>
      <w:pPr>
        <w:keepNext/>
        <w:spacing w:after="0"/>
        <w:ind w:left="454"/>
      </w:pPr>
      <w:r>
        <w:t>☐  B) Ricaricare gli estintori</w:t>
      </w:r>
    </w:p>
    <w:p>
      <w:pPr>
        <w:keepNext/>
        <w:spacing w:after="0"/>
        <w:ind w:left="454"/>
      </w:pPr>
      <w:r>
        <w:t>☐  C) Svuotare l'impianto</w:t>
      </w:r>
    </w:p>
    <w:p>
      <w:pPr>
        <w:keepNext w:val="0"/>
        <w:spacing w:after="0"/>
        <w:ind w:left="454"/>
      </w:pPr>
      <w:r>
        <w:t>☐  D) Far immettere acqua ai VVF nella rete interna</w:t>
      </w:r>
    </w:p>
    <w:p>
      <w:pPr>
        <w:keepNext/>
        <w:spacing w:before="160"/>
      </w:pPr>
      <w:r>
        <w:rPr>
          <w:b/>
          <w:color w:val="B87A00"/>
        </w:rPr>
        <w:t xml:space="preserve">218.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All'arrivo dei Vigili del Fuoco, la prima informazione da dare è:</w:t>
      </w:r>
    </w:p>
    <w:p>
      <w:pPr>
        <w:keepNext/>
        <w:spacing w:after="0"/>
        <w:ind w:left="454"/>
      </w:pPr>
      <w:r>
        <w:t>☐  A) L'orario di chiusura</w:t>
      </w:r>
    </w:p>
    <w:p>
      <w:pPr>
        <w:keepNext/>
        <w:spacing w:after="0"/>
        <w:ind w:left="454"/>
      </w:pPr>
      <w:r>
        <w:t>☐  B) Il nome del fornitore degli estintori</w:t>
      </w:r>
    </w:p>
    <w:p>
      <w:pPr>
        <w:keepNext/>
        <w:spacing w:after="0"/>
        <w:ind w:left="454"/>
      </w:pPr>
      <w:r>
        <w:t>☐  C) Se ci sono persone mancanti, ferite o intrappolate</w:t>
      </w:r>
    </w:p>
    <w:p>
      <w:pPr>
        <w:keepNext w:val="0"/>
        <w:spacing w:after="0"/>
        <w:ind w:left="454"/>
      </w:pPr>
      <w:r>
        <w:t>☐  D) Il fatturato dell'azienda</w:t>
      </w:r>
    </w:p>
    <w:p>
      <w:pPr>
        <w:keepNext/>
        <w:spacing w:before="160"/>
      </w:pPr>
      <w:r>
        <w:rPr>
          <w:b/>
          <w:color w:val="B87A00"/>
        </w:rPr>
        <w:t xml:space="preserve">219.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tecnico manutentore qualificato è previsto dal:</w:t>
      </w:r>
    </w:p>
    <w:p>
      <w:pPr>
        <w:keepNext/>
        <w:spacing w:after="0"/>
        <w:ind w:left="454"/>
      </w:pPr>
      <w:r>
        <w:t>☐  A) DM 3 settembre 2021</w:t>
      </w:r>
    </w:p>
    <w:p>
      <w:pPr>
        <w:keepNext/>
        <w:spacing w:after="0"/>
        <w:ind w:left="454"/>
      </w:pPr>
      <w:r>
        <w:t>☐  B) DPR 151/2011</w:t>
      </w:r>
    </w:p>
    <w:p>
      <w:pPr>
        <w:keepNext/>
        <w:spacing w:after="0"/>
        <w:ind w:left="454"/>
      </w:pPr>
      <w:r>
        <w:t>☐  C) DM 1 settembre 2021</w:t>
      </w:r>
    </w:p>
    <w:p>
      <w:pPr>
        <w:keepNext w:val="0"/>
        <w:spacing w:after="0"/>
        <w:ind w:left="454"/>
      </w:pPr>
      <w:r>
        <w:t>☐  D) D.Lgs. 105/2015</w:t>
      </w:r>
    </w:p>
    <w:p>
      <w:pPr>
        <w:keepNext/>
        <w:spacing w:before="160"/>
      </w:pPr>
      <w:r>
        <w:rPr>
          <w:b/>
          <w:color w:val="B87A00"/>
        </w:rPr>
        <w:t xml:space="preserve">220.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norma sulla manutenzione delle porte resistenti al fuoco è:</w:t>
      </w:r>
    </w:p>
    <w:p>
      <w:pPr>
        <w:keepNext/>
        <w:spacing w:after="0"/>
        <w:ind w:left="454"/>
      </w:pPr>
      <w:r>
        <w:t>☐  A) UNI 9494</w:t>
      </w:r>
    </w:p>
    <w:p>
      <w:pPr>
        <w:keepNext/>
        <w:spacing w:after="0"/>
        <w:ind w:left="454"/>
      </w:pPr>
      <w:r>
        <w:t>☐  B) UNI 11473</w:t>
      </w:r>
    </w:p>
    <w:p>
      <w:pPr>
        <w:keepNext/>
        <w:spacing w:after="0"/>
        <w:ind w:left="454"/>
      </w:pPr>
      <w:r>
        <w:t>☐  C) UNI 9994-1</w:t>
      </w:r>
    </w:p>
    <w:p>
      <w:pPr>
        <w:keepNext w:val="0"/>
        <w:spacing w:after="0"/>
        <w:ind w:left="454"/>
      </w:pPr>
      <w:r>
        <w:t>☐  D) UNI EN 2</w:t>
      </w:r>
    </w:p>
    <w:p>
      <w:pPr>
        <w:keepNext/>
        <w:spacing w:before="160"/>
      </w:pPr>
      <w:r>
        <w:rPr>
          <w:b/>
          <w:color w:val="B87A00"/>
        </w:rPr>
        <w:t xml:space="preserve">221.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norma sulla manutenzione dei sistemi di rivelazione è:</w:t>
      </w:r>
    </w:p>
    <w:p>
      <w:pPr>
        <w:keepNext/>
        <w:spacing w:after="0"/>
        <w:ind w:left="454"/>
      </w:pPr>
      <w:r>
        <w:t>☐  A) UNI 11224</w:t>
      </w:r>
    </w:p>
    <w:p>
      <w:pPr>
        <w:keepNext/>
        <w:spacing w:after="0"/>
        <w:ind w:left="454"/>
      </w:pPr>
      <w:r>
        <w:t>☐  B) UNI 10779</w:t>
      </w:r>
    </w:p>
    <w:p>
      <w:pPr>
        <w:keepNext/>
        <w:spacing w:after="0"/>
        <w:ind w:left="454"/>
      </w:pPr>
      <w:r>
        <w:t>☐  C) UNI EN 1125</w:t>
      </w:r>
    </w:p>
    <w:p>
      <w:pPr>
        <w:keepNext w:val="0"/>
        <w:spacing w:after="0"/>
        <w:ind w:left="454"/>
      </w:pPr>
      <w:r>
        <w:t>☐  D) UNI 11292</w:t>
      </w:r>
    </w:p>
    <w:p>
      <w:pPr>
        <w:keepNext/>
        <w:spacing w:before="160"/>
      </w:pPr>
      <w:r>
        <w:rPr>
          <w:b/>
          <w:color w:val="B87A00"/>
        </w:rPr>
        <w:t xml:space="preserve">222.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coordinatore dell'emergenza:</w:t>
      </w:r>
    </w:p>
    <w:p>
      <w:pPr>
        <w:keepNext/>
        <w:spacing w:after="0"/>
        <w:ind w:left="454"/>
      </w:pPr>
      <w:r>
        <w:t>☐  A) Resta in posizione sicura e coordina, senza spegnere di persona</w:t>
      </w:r>
    </w:p>
    <w:p>
      <w:pPr>
        <w:keepNext/>
        <w:spacing w:after="0"/>
        <w:ind w:left="454"/>
      </w:pPr>
      <w:r>
        <w:t>☐  B) Si allontana per avvisare i familiari</w:t>
      </w:r>
    </w:p>
    <w:p>
      <w:pPr>
        <w:keepNext/>
        <w:spacing w:after="0"/>
        <w:ind w:left="454"/>
      </w:pPr>
      <w:r>
        <w:t>☐  C) Interviene per primo con l'estintore</w:t>
      </w:r>
    </w:p>
    <w:p>
      <w:pPr>
        <w:keepNext w:val="0"/>
        <w:spacing w:after="0"/>
        <w:ind w:left="454"/>
      </w:pPr>
      <w:r>
        <w:t>☐  D) Chiude l'azienda a chiave</w:t>
      </w:r>
    </w:p>
    <w:p>
      <w:pPr>
        <w:keepNext/>
        <w:spacing w:before="160"/>
      </w:pPr>
      <w:r>
        <w:rPr>
          <w:b/>
          <w:color w:val="B87A00"/>
        </w:rPr>
        <w:t xml:space="preserve">223.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In caso di rilascio di gas tossico all'aperto ci si sposta:</w:t>
      </w:r>
    </w:p>
    <w:p>
      <w:pPr>
        <w:keepNext/>
        <w:spacing w:after="0"/>
        <w:ind w:left="454"/>
      </w:pPr>
      <w:r>
        <w:t>☐  A) Sottovento</w:t>
      </w:r>
    </w:p>
    <w:p>
      <w:pPr>
        <w:keepNext/>
        <w:spacing w:after="0"/>
        <w:ind w:left="454"/>
      </w:pPr>
      <w:r>
        <w:t>☐  B) Sopravento</w:t>
      </w:r>
    </w:p>
    <w:p>
      <w:pPr>
        <w:keepNext/>
        <w:spacing w:after="0"/>
        <w:ind w:left="454"/>
      </w:pPr>
      <w:r>
        <w:t>☐  C) Verso la nube</w:t>
      </w:r>
    </w:p>
    <w:p>
      <w:pPr>
        <w:keepNext w:val="0"/>
        <w:spacing w:after="0"/>
        <w:ind w:left="454"/>
      </w:pPr>
      <w:r>
        <w:t>☐  D) Nei locali interrati se il gas è pesante</w:t>
      </w:r>
    </w:p>
    <w:p>
      <w:pPr>
        <w:keepNext/>
        <w:spacing w:before="160"/>
      </w:pPr>
      <w:r>
        <w:rPr>
          <w:b/>
          <w:color w:val="B87A00"/>
        </w:rPr>
        <w:t xml:space="preserve">224.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Per una persona con gli abiti in fiamme la regola è:</w:t>
      </w:r>
    </w:p>
    <w:p>
      <w:pPr>
        <w:keepNext/>
        <w:spacing w:after="0"/>
        <w:ind w:left="454"/>
      </w:pPr>
      <w:r>
        <w:t>☐  A) Restare in piedi agitando le braccia</w:t>
      </w:r>
    </w:p>
    <w:p>
      <w:pPr>
        <w:keepNext/>
        <w:spacing w:after="0"/>
        <w:ind w:left="454"/>
      </w:pPr>
      <w:r>
        <w:t>☐  B) Fermarsi, buttarsi a terra, rotolare</w:t>
      </w:r>
    </w:p>
    <w:p>
      <w:pPr>
        <w:keepNext/>
        <w:spacing w:after="0"/>
        <w:ind w:left="454"/>
      </w:pPr>
      <w:r>
        <w:t>☐  C) Correre verso l'acqua</w:t>
      </w:r>
    </w:p>
    <w:p>
      <w:pPr>
        <w:keepNext w:val="0"/>
        <w:spacing w:after="0"/>
        <w:ind w:left="454"/>
      </w:pPr>
      <w:r>
        <w:t>☐  D) Togliere subito gli abiti incollati</w:t>
      </w:r>
    </w:p>
    <w:p>
      <w:pPr>
        <w:keepNext/>
        <w:spacing w:before="160"/>
      </w:pPr>
      <w:r>
        <w:rPr>
          <w:b/>
          <w:color w:val="B87A00"/>
        </w:rPr>
        <w:t xml:space="preserve">225.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L'attestato di idoneità tecnica si consegue con esame presso:</w:t>
      </w:r>
    </w:p>
    <w:p>
      <w:pPr>
        <w:keepNext/>
        <w:spacing w:after="0"/>
        <w:ind w:left="454"/>
      </w:pPr>
      <w:r>
        <w:t>☐  A) La Camera di commercio</w:t>
      </w:r>
    </w:p>
    <w:p>
      <w:pPr>
        <w:keepNext/>
        <w:spacing w:after="0"/>
        <w:ind w:left="454"/>
      </w:pPr>
      <w:r>
        <w:t>☐  B) Il medico competente</w:t>
      </w:r>
    </w:p>
    <w:p>
      <w:pPr>
        <w:keepNext/>
        <w:spacing w:after="0"/>
        <w:ind w:left="454"/>
      </w:pPr>
      <w:r>
        <w:t>☐  C) L'INAIL</w:t>
      </w:r>
    </w:p>
    <w:p>
      <w:pPr>
        <w:keepNext w:val="0"/>
        <w:spacing w:after="0"/>
        <w:ind w:left="454"/>
      </w:pPr>
      <w:r>
        <w:t>☐  D) Il Comando provinciale dei Vigili del Fuoco</w:t>
      </w:r>
    </w:p>
    <w:p>
      <w:pPr>
        <w:keepNext/>
        <w:spacing w:before="160"/>
      </w:pPr>
      <w:r>
        <w:rPr>
          <w:b/>
          <w:color w:val="B87A00"/>
        </w:rPr>
        <w:t xml:space="preserve">226.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Nelle strutture sanitarie la strategia principale è:</w:t>
      </w:r>
    </w:p>
    <w:p>
      <w:pPr>
        <w:keepNext/>
        <w:spacing w:after="0"/>
        <w:ind w:left="454"/>
      </w:pPr>
      <w:r>
        <w:t>☐  A) L'evacuazione verticale immediata di tutti</w:t>
      </w:r>
    </w:p>
    <w:p>
      <w:pPr>
        <w:keepNext/>
        <w:spacing w:after="0"/>
        <w:ind w:left="454"/>
      </w:pPr>
      <w:r>
        <w:t>☐  B) L'esodo orizzontale progressivo</w:t>
      </w:r>
    </w:p>
    <w:p>
      <w:pPr>
        <w:keepNext/>
        <w:spacing w:after="0"/>
        <w:ind w:left="454"/>
      </w:pPr>
      <w:r>
        <w:t>☐  C) Usare gli ascensori ordinari</w:t>
      </w:r>
    </w:p>
    <w:p>
      <w:pPr>
        <w:keepNext w:val="0"/>
        <w:spacing w:after="0"/>
        <w:ind w:left="454"/>
      </w:pPr>
      <w:r>
        <w:t>☐  D) Restare nelle camere aperte</w:t>
      </w:r>
    </w:p>
    <w:p>
      <w:pPr>
        <w:keepNext/>
        <w:spacing w:before="160"/>
      </w:pPr>
      <w:r>
        <w:rPr>
          <w:b/>
          <w:color w:val="B87A00"/>
        </w:rPr>
        <w:t xml:space="preserve">227.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debriefing serve a:</w:t>
      </w:r>
    </w:p>
    <w:p>
      <w:pPr>
        <w:keepNext/>
        <w:spacing w:after="0"/>
        <w:ind w:left="454"/>
      </w:pPr>
      <w:r>
        <w:t>☐  A) Trovare un colpevole</w:t>
      </w:r>
    </w:p>
    <w:p>
      <w:pPr>
        <w:keepNext/>
        <w:spacing w:after="0"/>
        <w:ind w:left="454"/>
      </w:pPr>
      <w:r>
        <w:t>☐  B) Chiudere la pratica assicurativa</w:t>
      </w:r>
    </w:p>
    <w:p>
      <w:pPr>
        <w:keepNext/>
        <w:spacing w:after="0"/>
        <w:ind w:left="454"/>
      </w:pPr>
      <w:r>
        <w:t>☐  C) Sostituire l'esercitazione</w:t>
      </w:r>
    </w:p>
    <w:p>
      <w:pPr>
        <w:keepNext w:val="0"/>
        <w:spacing w:after="0"/>
        <w:ind w:left="454"/>
      </w:pPr>
      <w:r>
        <w:t>☐  D) Imparare dall'evento e definire azioni di miglioramento</w:t>
      </w:r>
    </w:p>
    <w:p>
      <w:pPr>
        <w:keepNext/>
        <w:spacing w:before="160"/>
      </w:pPr>
      <w:r>
        <w:rPr>
          <w:b/>
          <w:color w:val="B87A00"/>
        </w:rPr>
        <w:t xml:space="preserve">228.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testine sprinkler di ricambio devono essere:</w:t>
      </w:r>
    </w:p>
    <w:p>
      <w:pPr>
        <w:keepNext/>
        <w:spacing w:after="0"/>
        <w:ind w:left="454"/>
      </w:pPr>
      <w:r>
        <w:t>☐  A) Tenute in ufficio chiuse</w:t>
      </w:r>
    </w:p>
    <w:p>
      <w:pPr>
        <w:keepNext/>
        <w:spacing w:after="0"/>
        <w:ind w:left="454"/>
      </w:pPr>
      <w:r>
        <w:t>☐  B) Non esistono</w:t>
      </w:r>
    </w:p>
    <w:p>
      <w:pPr>
        <w:keepNext/>
        <w:spacing w:after="0"/>
        <w:ind w:left="454"/>
      </w:pPr>
      <w:r>
        <w:t>☐  C) Montate dagli addetti a caso</w:t>
      </w:r>
    </w:p>
    <w:p>
      <w:pPr>
        <w:keepNext w:val="0"/>
        <w:spacing w:after="0"/>
        <w:ind w:left="454"/>
      </w:pPr>
      <w:r>
        <w:t>☐  D) Conservate con la chiave di montaggio vicino alle stazioni di controllo</w:t>
      </w:r>
    </w:p>
    <w:p>
      <w:pPr>
        <w:keepNext/>
        <w:spacing w:before="160"/>
      </w:pPr>
      <w:r>
        <w:rPr>
          <w:b/>
          <w:color w:val="B87A00"/>
        </w:rPr>
        <w:t xml:space="preserve">229.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L'acqua nebulizzata è efficace perché:</w:t>
      </w:r>
    </w:p>
    <w:p>
      <w:pPr>
        <w:keepNext/>
        <w:spacing w:after="0"/>
        <w:ind w:left="454"/>
      </w:pPr>
      <w:r>
        <w:t>☐  A) Le gocce finissime assorbono molto calore ed evaporano</w:t>
      </w:r>
    </w:p>
    <w:p>
      <w:pPr>
        <w:keepNext/>
        <w:spacing w:after="0"/>
        <w:ind w:left="454"/>
      </w:pPr>
      <w:r>
        <w:t>☐  B) Non evapora</w:t>
      </w:r>
    </w:p>
    <w:p>
      <w:pPr>
        <w:keepNext/>
        <w:spacing w:after="0"/>
        <w:ind w:left="454"/>
      </w:pPr>
      <w:r>
        <w:t>☐  C) Conduce elettricità</w:t>
      </w:r>
    </w:p>
    <w:p>
      <w:pPr>
        <w:keepNext w:val="0"/>
        <w:spacing w:after="0"/>
        <w:ind w:left="454"/>
      </w:pPr>
      <w:r>
        <w:t>☐  D) Usa più acqua di tutti</w:t>
      </w:r>
    </w:p>
    <w:p>
      <w:pPr>
        <w:keepNext/>
        <w:spacing w:before="160"/>
      </w:pPr>
      <w:r>
        <w:rPr>
          <w:b/>
          <w:color w:val="B87A00"/>
        </w:rPr>
        <w:t xml:space="preserve">230.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 gas inerti come argon e azoto spengono:</w:t>
      </w:r>
    </w:p>
    <w:p>
      <w:pPr>
        <w:keepNext/>
        <w:spacing w:after="0"/>
        <w:ind w:left="454"/>
      </w:pPr>
      <w:r>
        <w:t>☐  A) Formando schiuma</w:t>
      </w:r>
    </w:p>
    <w:p>
      <w:pPr>
        <w:keepNext/>
        <w:spacing w:after="0"/>
        <w:ind w:left="454"/>
      </w:pPr>
      <w:r>
        <w:t>☐  B) Inibendo con polvere</w:t>
      </w:r>
    </w:p>
    <w:p>
      <w:pPr>
        <w:keepNext/>
        <w:spacing w:after="0"/>
        <w:ind w:left="454"/>
      </w:pPr>
      <w:r>
        <w:t>☐  C) Raffreddando con acqua</w:t>
      </w:r>
    </w:p>
    <w:p>
      <w:pPr>
        <w:keepNext w:val="0"/>
        <w:spacing w:after="0"/>
        <w:ind w:left="454"/>
      </w:pPr>
      <w:r>
        <w:t>☐  D) Riducendo l'ossigeno sotto la soglia di combustione</w:t>
      </w:r>
    </w:p>
    <w:p>
      <w:pPr>
        <w:keepNext/>
        <w:spacing w:before="160"/>
      </w:pPr>
      <w:r>
        <w:rPr>
          <w:b/>
          <w:color w:val="B87A00"/>
        </w:rPr>
        <w:t xml:space="preserve">231.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Durante un black-out le pompe antincendio elettriche:</w:t>
      </w:r>
    </w:p>
    <w:p>
      <w:pPr>
        <w:keepNext/>
        <w:spacing w:after="0"/>
        <w:ind w:left="454"/>
      </w:pPr>
      <w:r>
        <w:t>☐  A) Raddoppiano la portata</w:t>
      </w:r>
    </w:p>
    <w:p>
      <w:pPr>
        <w:keepNext/>
        <w:spacing w:after="0"/>
        <w:ind w:left="454"/>
      </w:pPr>
      <w:r>
        <w:t>☐  B) Funzionano sempre</w:t>
      </w:r>
    </w:p>
    <w:p>
      <w:pPr>
        <w:keepNext/>
        <w:spacing w:after="0"/>
        <w:ind w:left="454"/>
      </w:pPr>
      <w:r>
        <w:t>☐  C) Si fermano se non hanno alimentazione di sicurezza; interviene la motopompa</w:t>
      </w:r>
    </w:p>
    <w:p>
      <w:pPr>
        <w:keepNext w:val="0"/>
        <w:spacing w:after="0"/>
        <w:ind w:left="454"/>
      </w:pPr>
      <w:r>
        <w:t>☐  D) Non servono</w:t>
      </w:r>
    </w:p>
    <w:p>
      <w:pPr>
        <w:keepNext/>
        <w:spacing w:before="160"/>
      </w:pPr>
      <w:r>
        <w:rPr>
          <w:b/>
          <w:color w:val="B87A00"/>
        </w:rPr>
        <w:t xml:space="preserve">232.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Chi può intervenire nei quadri di media tensione in fiamme?</w:t>
      </w:r>
    </w:p>
    <w:p>
      <w:pPr>
        <w:keepNext/>
        <w:spacing w:after="0"/>
        <w:ind w:left="454"/>
      </w:pPr>
      <w:r>
        <w:t>☐  A) Solo personale formato e autorizzato e i Vigili del Fuoco</w:t>
      </w:r>
    </w:p>
    <w:p>
      <w:pPr>
        <w:keepNext/>
        <w:spacing w:after="0"/>
        <w:ind w:left="454"/>
      </w:pPr>
      <w:r>
        <w:t>☐  B) Il primo che arriva</w:t>
      </w:r>
    </w:p>
    <w:p>
      <w:pPr>
        <w:keepNext/>
        <w:spacing w:after="0"/>
        <w:ind w:left="454"/>
      </w:pPr>
      <w:r>
        <w:t>☐  C) Qualsiasi addetto</w:t>
      </w:r>
    </w:p>
    <w:p>
      <w:pPr>
        <w:keepNext w:val="0"/>
        <w:spacing w:after="0"/>
        <w:ind w:left="454"/>
      </w:pPr>
      <w:r>
        <w:t>☐  D) I visitatori</w:t>
      </w:r>
    </w:p>
    <w:p>
      <w:pPr>
        <w:keepNext/>
        <w:spacing w:before="160"/>
      </w:pPr>
      <w:r>
        <w:rPr>
          <w:b/>
          <w:color w:val="B87A00"/>
        </w:rPr>
        <w:t xml:space="preserve">233.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responsabile dell'attività soggetta:</w:t>
      </w:r>
    </w:p>
    <w:p>
      <w:pPr>
        <w:keepNext/>
        <w:spacing w:after="0"/>
        <w:ind w:left="454"/>
      </w:pPr>
      <w:r>
        <w:t>☐  A) È il fornitore degli estintori</w:t>
      </w:r>
    </w:p>
    <w:p>
      <w:pPr>
        <w:keepNext/>
        <w:spacing w:after="0"/>
        <w:ind w:left="454"/>
      </w:pPr>
      <w:r>
        <w:t>☐  B) Non esiste</w:t>
      </w:r>
    </w:p>
    <w:p>
      <w:pPr>
        <w:keepNext/>
        <w:spacing w:after="0"/>
        <w:ind w:left="454"/>
      </w:pPr>
      <w:r>
        <w:t>☐  C) Risponde del mantenimento delle condizioni dichiarate nella SCIA</w:t>
      </w:r>
    </w:p>
    <w:p>
      <w:pPr>
        <w:keepNext w:val="0"/>
        <w:spacing w:after="0"/>
        <w:ind w:left="454"/>
      </w:pPr>
      <w:r>
        <w:t>☐  D) È sempre il medico competente</w:t>
      </w:r>
    </w:p>
    <w:p>
      <w:pPr>
        <w:keepNext/>
        <w:spacing w:before="160"/>
      </w:pPr>
      <w:r>
        <w:rPr>
          <w:b/>
          <w:color w:val="B87A00"/>
        </w:rPr>
        <w:t xml:space="preserve">234.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Prima di un evento con molte persone in azienda va verificato:</w:t>
      </w:r>
    </w:p>
    <w:p>
      <w:pPr>
        <w:keepNext/>
        <w:spacing w:after="0"/>
        <w:ind w:left="454"/>
      </w:pPr>
      <w:r>
        <w:t>☐  A) Nulla</w:t>
      </w:r>
    </w:p>
    <w:p>
      <w:pPr>
        <w:keepNext/>
        <w:spacing w:after="0"/>
        <w:ind w:left="454"/>
      </w:pPr>
      <w:r>
        <w:t>☐  B) Affollamento rispetto alle uscite e piano dedicato</w:t>
      </w:r>
    </w:p>
    <w:p>
      <w:pPr>
        <w:keepNext/>
        <w:spacing w:after="0"/>
        <w:ind w:left="454"/>
      </w:pPr>
      <w:r>
        <w:t>☐  C) Solo il menù</w:t>
      </w:r>
    </w:p>
    <w:p>
      <w:pPr>
        <w:keepNext w:val="0"/>
        <w:spacing w:after="0"/>
        <w:ind w:left="454"/>
      </w:pPr>
      <w:r>
        <w:t>☐  D) Il colore delle tovaglie</w:t>
      </w:r>
    </w:p>
    <w:p>
      <w:pPr>
        <w:keepNext/>
        <w:spacing w:before="160"/>
      </w:pPr>
      <w:r>
        <w:rPr>
          <w:b/>
          <w:color w:val="B87A00"/>
        </w:rPr>
        <w:t xml:space="preserve">235.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qualifica del tecnico manutentore vale:</w:t>
      </w:r>
    </w:p>
    <w:p>
      <w:pPr>
        <w:keepNext/>
        <w:spacing w:after="0"/>
        <w:ind w:left="454"/>
      </w:pPr>
      <w:r>
        <w:t>☐  A) Solo per un giorno</w:t>
      </w:r>
    </w:p>
    <w:p>
      <w:pPr>
        <w:keepNext/>
        <w:spacing w:after="0"/>
        <w:ind w:left="454"/>
      </w:pPr>
      <w:r>
        <w:t>☐  B) Solo per gli estintori di casa</w:t>
      </w:r>
    </w:p>
    <w:p>
      <w:pPr>
        <w:keepNext/>
        <w:spacing w:after="0"/>
        <w:ind w:left="454"/>
      </w:pPr>
      <w:r>
        <w:t>☐  C) Per tutti gli impianti automaticamente</w:t>
      </w:r>
    </w:p>
    <w:p>
      <w:pPr>
        <w:keepNext w:val="0"/>
        <w:spacing w:after="0"/>
        <w:ind w:left="454"/>
      </w:pPr>
      <w:r>
        <w:t>☐  D) Per la specifica tipologia di presidio</w:t>
      </w:r>
    </w:p>
    <w:p>
      <w:pPr>
        <w:keepNext/>
        <w:spacing w:before="160"/>
      </w:pPr>
      <w:r>
        <w:rPr>
          <w:b/>
          <w:color w:val="B87A00"/>
        </w:rPr>
        <w:t xml:space="preserve">236.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prova di pressione delle manichette degli idranti è prevista:</w:t>
      </w:r>
    </w:p>
    <w:p>
      <w:pPr>
        <w:keepNext/>
        <w:spacing w:after="0"/>
        <w:ind w:left="454"/>
      </w:pPr>
      <w:r>
        <w:t>☐  A) Solo dopo un incendio</w:t>
      </w:r>
    </w:p>
    <w:p>
      <w:pPr>
        <w:keepNext/>
        <w:spacing w:after="0"/>
        <w:ind w:left="454"/>
      </w:pPr>
      <w:r>
        <w:t>☐  B) Ogni giorno</w:t>
      </w:r>
    </w:p>
    <w:p>
      <w:pPr>
        <w:keepNext/>
        <w:spacing w:after="0"/>
        <w:ind w:left="454"/>
      </w:pPr>
      <w:r>
        <w:t>☐  C) Periodicamente con cadenza pluriennale</w:t>
      </w:r>
    </w:p>
    <w:p>
      <w:pPr>
        <w:keepNext w:val="0"/>
        <w:spacing w:after="0"/>
        <w:ind w:left="454"/>
      </w:pPr>
      <w:r>
        <w:t>☐  D) Mai</w:t>
      </w:r>
    </w:p>
    <w:p>
      <w:pPr>
        <w:keepNext/>
        <w:spacing w:before="160"/>
      </w:pPr>
      <w:r>
        <w:rPr>
          <w:b/>
          <w:color w:val="B87A00"/>
        </w:rPr>
        <w:t xml:space="preserve">237.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aumento delle porte tagliafuoco trovate bloccate in un reparto indica:</w:t>
      </w:r>
    </w:p>
    <w:p>
      <w:pPr>
        <w:keepNext/>
        <w:spacing w:after="0"/>
        <w:ind w:left="454"/>
      </w:pPr>
      <w:r>
        <w:t>☐  A) Che bisogna togliere le porte</w:t>
      </w:r>
    </w:p>
    <w:p>
      <w:pPr>
        <w:keepNext/>
        <w:spacing w:after="0"/>
        <w:ind w:left="454"/>
      </w:pPr>
      <w:r>
        <w:t>☐  B) Un guasto della centrale</w:t>
      </w:r>
    </w:p>
    <w:p>
      <w:pPr>
        <w:keepNext/>
        <w:spacing w:after="0"/>
        <w:ind w:left="454"/>
      </w:pPr>
      <w:r>
        <w:t>☐  C) Che tutto funziona</w:t>
      </w:r>
    </w:p>
    <w:p>
      <w:pPr>
        <w:keepNext w:val="0"/>
        <w:spacing w:after="0"/>
        <w:ind w:left="454"/>
      </w:pPr>
      <w:r>
        <w:t>☐  D) Un problema organizzativo da risolvere</w:t>
      </w:r>
    </w:p>
    <w:p>
      <w:pPr>
        <w:keepNext/>
        <w:spacing w:before="160"/>
      </w:pPr>
      <w:r>
        <w:rPr>
          <w:b/>
          <w:color w:val="B87A00"/>
        </w:rPr>
        <w:t xml:space="preserve">238.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Nelle comunicazioni radio in emergenza si conferma un messaggio:</w:t>
      </w:r>
    </w:p>
    <w:p>
      <w:pPr>
        <w:keepNext/>
        <w:spacing w:after="0"/>
        <w:ind w:left="454"/>
      </w:pPr>
      <w:r>
        <w:t>☐  A) Restando in silenzio</w:t>
      </w:r>
    </w:p>
    <w:p>
      <w:pPr>
        <w:keepNext/>
        <w:spacing w:after="0"/>
        <w:ind w:left="454"/>
      </w:pPr>
      <w:r>
        <w:t>☐  B) Con un fischio</w:t>
      </w:r>
    </w:p>
    <w:p>
      <w:pPr>
        <w:keepNext/>
        <w:spacing w:after="0"/>
        <w:ind w:left="454"/>
      </w:pPr>
      <w:r>
        <w:t>☐  C) Ripetendolo: «Ricevuto, zona B verificata»</w:t>
      </w:r>
    </w:p>
    <w:p>
      <w:pPr>
        <w:keepNext w:val="0"/>
        <w:spacing w:after="0"/>
        <w:ind w:left="454"/>
      </w:pPr>
      <w:r>
        <w:t>☐  D) Spegnendo la radio</w:t>
      </w:r>
    </w:p>
    <w:p>
      <w:pPr>
        <w:keepNext/>
        <w:spacing w:before="160"/>
      </w:pPr>
      <w:r>
        <w:rPr>
          <w:b/>
          <w:color w:val="B87A00"/>
        </w:rPr>
        <w:t xml:space="preserve">239.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persone con ossigeno medicale in ospedale richiedono:</w:t>
      </w:r>
    </w:p>
    <w:p>
      <w:pPr>
        <w:keepNext/>
        <w:spacing w:after="0"/>
        <w:ind w:left="454"/>
      </w:pPr>
      <w:r>
        <w:t>☐  A) Chiusura delle valvole coordinata con il personale sanitario</w:t>
      </w:r>
    </w:p>
    <w:p>
      <w:pPr>
        <w:keepNext/>
        <w:spacing w:after="0"/>
        <w:ind w:left="454"/>
      </w:pPr>
      <w:r>
        <w:t>☐  B) Lo spostamento in ascensore ordinario</w:t>
      </w:r>
    </w:p>
    <w:p>
      <w:pPr>
        <w:keepNext/>
        <w:spacing w:after="0"/>
        <w:ind w:left="454"/>
      </w:pPr>
      <w:r>
        <w:t>☐  C) Chiusura immediata senza avvisare</w:t>
      </w:r>
    </w:p>
    <w:p>
      <w:pPr>
        <w:keepNext w:val="0"/>
        <w:spacing w:after="0"/>
        <w:ind w:left="454"/>
      </w:pPr>
      <w:r>
        <w:t>☐  D) Nessuna attenzione</w:t>
      </w:r>
    </w:p>
    <w:p>
      <w:pPr>
        <w:keepNext/>
        <w:spacing w:before="160"/>
      </w:pPr>
      <w:r>
        <w:rPr>
          <w:b/>
          <w:color w:val="B87A00"/>
        </w:rPr>
        <w:t xml:space="preserve">240.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locale da cui si coordinano le operazioni si chiama centro di gestione delle ___.</w:t>
      </w:r>
    </w:p>
    <w:p>
      <w:pPr>
        <w:keepNext/>
        <w:spacing w:after="0"/>
        <w:ind w:left="454"/>
      </w:pPr>
      <w:r>
        <w:t>☐  A) forniture</w:t>
      </w:r>
    </w:p>
    <w:p>
      <w:pPr>
        <w:keepNext/>
        <w:spacing w:after="0"/>
        <w:ind w:left="454"/>
      </w:pPr>
      <w:r>
        <w:t>☐  B) emergenze</w:t>
      </w:r>
    </w:p>
    <w:p>
      <w:pPr>
        <w:keepNext/>
        <w:spacing w:after="0"/>
        <w:ind w:left="454"/>
      </w:pPr>
      <w:r>
        <w:t>☐  C) pulizie</w:t>
      </w:r>
    </w:p>
    <w:p>
      <w:pPr>
        <w:keepNext w:val="0"/>
        <w:spacing w:after="0"/>
        <w:ind w:left="454"/>
      </w:pPr>
      <w:r>
        <w:t>☐  D) vendite</w:t>
      </w:r>
    </w:p>
    <w:p>
      <w:pPr>
        <w:keepNext/>
        <w:spacing w:before="160"/>
      </w:pPr>
      <w:r>
        <w:rPr>
          <w:b/>
          <w:color w:val="B87A00"/>
        </w:rPr>
        <w:t xml:space="preserve">241.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Gli schiumogeni con sostanze fluorurate persistenti contengono ___.</w:t>
      </w:r>
    </w:p>
    <w:p>
      <w:pPr>
        <w:keepNext/>
        <w:spacing w:after="0"/>
        <w:ind w:left="454"/>
      </w:pPr>
      <w:r>
        <w:t>☐  A) azoto</w:t>
      </w:r>
    </w:p>
    <w:p>
      <w:pPr>
        <w:keepNext/>
        <w:spacing w:after="0"/>
        <w:ind w:left="454"/>
      </w:pPr>
      <w:r>
        <w:t>☐  B) PFAS</w:t>
      </w:r>
    </w:p>
    <w:p>
      <w:pPr>
        <w:keepNext/>
        <w:spacing w:after="0"/>
        <w:ind w:left="454"/>
      </w:pPr>
      <w:r>
        <w:t>☐  C) argon</w:t>
      </w:r>
    </w:p>
    <w:p>
      <w:pPr>
        <w:keepNext w:val="0"/>
        <w:spacing w:after="0"/>
        <w:ind w:left="454"/>
      </w:pPr>
      <w:r>
        <w:t>☐  D) CO2</w:t>
      </w:r>
    </w:p>
    <w:p>
      <w:pPr>
        <w:keepNext/>
        <w:spacing w:before="160"/>
      </w:pPr>
      <w:r>
        <w:rPr>
          <w:b/>
          <w:color w:val="B87A00"/>
        </w:rPr>
        <w:t xml:space="preserve">242.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La cartella con planimetrie e schede per i soccorritori si chiama cartella di ___.</w:t>
      </w:r>
    </w:p>
    <w:p>
      <w:pPr>
        <w:keepNext/>
        <w:spacing w:after="0"/>
        <w:ind w:left="454"/>
      </w:pPr>
      <w:r>
        <w:t>☐  A) presenza</w:t>
      </w:r>
    </w:p>
    <w:p>
      <w:pPr>
        <w:keepNext/>
        <w:spacing w:after="0"/>
        <w:ind w:left="454"/>
      </w:pPr>
      <w:r>
        <w:t>☐  B) emergenza</w:t>
      </w:r>
    </w:p>
    <w:p>
      <w:pPr>
        <w:keepNext/>
        <w:spacing w:after="0"/>
        <w:ind w:left="454"/>
      </w:pPr>
      <w:r>
        <w:t>☐  C) magazzino</w:t>
      </w:r>
    </w:p>
    <w:p>
      <w:pPr>
        <w:keepNext w:val="0"/>
        <w:spacing w:after="0"/>
        <w:ind w:left="454"/>
      </w:pPr>
      <w:r>
        <w:t>☐  D) produzione</w:t>
      </w:r>
    </w:p>
    <w:p>
      <w:pPr>
        <w:keepNext/>
        <w:spacing w:before="160"/>
      </w:pPr>
      <w:r>
        <w:rPr>
          <w:b/>
          <w:color w:val="B87A00"/>
        </w:rPr>
        <w:t xml:space="preserve">243.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La norma sui sistemi sprinkler è la UNI EN ___.</w:t>
      </w:r>
    </w:p>
    <w:p>
      <w:pPr>
        <w:keepNext/>
        <w:spacing w:after="0"/>
        <w:ind w:left="454"/>
      </w:pPr>
      <w:r>
        <w:t>☐  A) 54</w:t>
      </w:r>
    </w:p>
    <w:p>
      <w:pPr>
        <w:keepNext/>
        <w:spacing w:after="0"/>
        <w:ind w:left="454"/>
      </w:pPr>
      <w:r>
        <w:t>☐  B) 12845</w:t>
      </w:r>
    </w:p>
    <w:p>
      <w:pPr>
        <w:keepNext/>
        <w:spacing w:after="0"/>
        <w:ind w:left="454"/>
      </w:pPr>
      <w:r>
        <w:t>☐  C) 2</w:t>
      </w:r>
    </w:p>
    <w:p>
      <w:pPr>
        <w:keepNext w:val="0"/>
        <w:spacing w:after="0"/>
        <w:ind w:left="454"/>
      </w:pPr>
      <w:r>
        <w:t>☐  D) 1125</w:t>
      </w:r>
    </w:p>
    <w:p>
      <w:pPr>
        <w:keepNext/>
        <w:spacing w:before="160"/>
      </w:pPr>
      <w:r>
        <w:rPr>
          <w:b/>
          <w:color w:val="B87A00"/>
        </w:rPr>
        <w:t xml:space="preserve">244.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Dopo l'intervento degli sprinkler l'acqua va chiusa subito di propria iniziativa.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245.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Gli impianti a gas funzionano solo se il locale è sufficientemente chiuso.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246.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Il pulsante di sgancio generale deve disalimentare anche le pompe antincendio.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247.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Nelle cabine di media tensione l'addetto antincendio può entrare a spegnere con l'estintore.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248.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Gli eventi temporanei in azienda richiedono una valutazione e un piano dedicati.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249.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Le persone che hanno respirato fumo vanno sempre valutate dai sanitari.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250.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Nei turni notturni il numero minimo di addetti può essere ignorato.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251.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Durante un'esercitazione complessa è utile introdurre imprevisti come un'uscita bloccata.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252.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Il coordinatore dell'emergenza registra orari e decisioni.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253.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Le esercitazioni complesse possono coinvolgere i Vigili del Fuoco.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254.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Dopo l'esame di idoneità l'aggiornamento non serve più.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255.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All'arrivo dei Vigili del Fuoco tre persone diverse forniscono versioni contrastanti.</w:t>
      </w:r>
    </w:p>
    <w:p>
      <w:pPr>
        <w:keepNext/>
        <w:spacing w:after="0"/>
        <w:ind w:left="454"/>
      </w:pPr>
      <w:r>
        <w:t>☐  A) Si consegna solo la planimetria senza spiegazioni</w:t>
      </w:r>
    </w:p>
    <w:p>
      <w:pPr>
        <w:keepNext/>
        <w:spacing w:after="0"/>
        <w:ind w:left="454"/>
      </w:pPr>
      <w:r>
        <w:t>☐  B) Ognuno continua a parlare</w:t>
      </w:r>
    </w:p>
    <w:p>
      <w:pPr>
        <w:keepNext w:val="0"/>
        <w:spacing w:after="0"/>
        <w:ind w:left="454"/>
      </w:pPr>
      <w:r>
        <w:t>☐  C) Un solo referente comunica le informazioni raccolte dal coordinatore</w:t>
      </w:r>
    </w:p>
    <w:p>
      <w:pPr>
        <w:keepNext/>
        <w:spacing w:before="160"/>
      </w:pPr>
      <w:r>
        <w:rPr>
          <w:b/>
          <w:color w:val="B87A00"/>
        </w:rPr>
        <w:t xml:space="preserve">256.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Un collega ha gli abiti in fiamme e corre nel corridoio.</w:t>
      </w:r>
    </w:p>
    <w:p>
      <w:pPr>
        <w:keepNext/>
        <w:spacing w:after="0"/>
        <w:ind w:left="454"/>
      </w:pPr>
      <w:r>
        <w:t>☐  A) Gli dici di correre all'esterno</w:t>
      </w:r>
    </w:p>
    <w:p>
      <w:pPr>
        <w:keepNext/>
        <w:spacing w:after="0"/>
        <w:ind w:left="454"/>
      </w:pPr>
      <w:r>
        <w:t>☐  B) Lo fermi, lo fai rotolare a terra e lo copri con la coperta</w:t>
      </w:r>
    </w:p>
    <w:p>
      <w:pPr>
        <w:keepNext w:val="0"/>
        <w:spacing w:after="0"/>
        <w:ind w:left="454"/>
      </w:pPr>
      <w:r>
        <w:t>☐  C) Gli corri dietro con un estintore a CO2 puntato al viso</w:t>
      </w:r>
    </w:p>
    <w:p>
      <w:pPr>
        <w:keepNext/>
        <w:spacing w:before="160"/>
      </w:pPr>
      <w:r>
        <w:rPr>
          <w:b/>
          <w:color w:val="B87A00"/>
        </w:rPr>
        <w:t xml:space="preserve">257.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Durante un evento aziendale serale con 200 ospiti, una porta di uscita è bloccata da un tavolo del catering.</w:t>
      </w:r>
    </w:p>
    <w:p>
      <w:pPr>
        <w:keepNext/>
        <w:spacing w:after="0"/>
        <w:ind w:left="454"/>
      </w:pPr>
      <w:r>
        <w:t>☐  A) Chiudi la porta a chiave</w:t>
      </w:r>
    </w:p>
    <w:p>
      <w:pPr>
        <w:keepNext/>
        <w:spacing w:after="0"/>
        <w:ind w:left="454"/>
      </w:pPr>
      <w:r>
        <w:t>☐  B) Fai spostare subito il tavolo e presidi l'uscita</w:t>
      </w:r>
    </w:p>
    <w:p>
      <w:pPr>
        <w:keepNext w:val="0"/>
        <w:spacing w:after="0"/>
        <w:ind w:left="454"/>
      </w:pPr>
      <w:r>
        <w:t>☐  C) Lasci tutto com'è fino alla fine della festa</w:t>
      </w:r>
    </w:p>
    <w:p>
      <w:pPr>
        <w:keepNext/>
        <w:spacing w:before="160"/>
      </w:pPr>
      <w:r>
        <w:rPr>
          <w:b/>
          <w:color w:val="B87A00"/>
        </w:rPr>
        <w:t xml:space="preserve">258.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Durante un incendio la portineria riceve decine di telefonate di familiari preoccupati.</w:t>
      </w:r>
    </w:p>
    <w:p>
      <w:pPr>
        <w:keepNext/>
        <w:spacing w:after="0"/>
        <w:ind w:left="454"/>
      </w:pPr>
      <w:r>
        <w:t>☐  A) Si stacca il telefono</w:t>
      </w:r>
    </w:p>
    <w:p>
      <w:pPr>
        <w:keepNext/>
        <w:spacing w:after="0"/>
        <w:ind w:left="454"/>
      </w:pPr>
      <w:r>
        <w:t>☐  B) Si attiva il referente per le comunicazioni esterne previsto dal piano</w:t>
      </w:r>
    </w:p>
    <w:p>
      <w:pPr>
        <w:keepNext w:val="0"/>
        <w:spacing w:after="0"/>
        <w:ind w:left="454"/>
      </w:pPr>
      <w:r>
        <w:t>☐  C) Gli addetti lasciano le operazioni per rispondere</w:t>
      </w:r>
    </w:p>
    <w:p>
      <w:pPr>
        <w:keepNext/>
        <w:spacing w:before="160"/>
      </w:pPr>
      <w:r>
        <w:rPr>
          <w:b/>
          <w:color w:val="B87A00"/>
        </w:rPr>
        <w:t xml:space="preserve">259. </w:t>
      </w:r>
      <w:r>
        <w:rPr>
          <w:i/>
          <w:color w:val="777777"/>
          <w:sz w:val="17"/>
        </w:rPr>
        <w:t xml:space="preserve">[Metti in ordine] </w:t>
      </w:r>
      <w:r>
        <w:rPr>
          <w:b/>
        </w:rPr>
        <w:t>Informazioni ai Vigili del Fuoco all'arrivo – metti le fasi nell'ordine corretto</w:t>
      </w:r>
    </w:p>
    <w:p>
      <w:pPr>
        <w:keepNext/>
        <w:spacing w:after="0"/>
        <w:ind w:left="454"/>
      </w:pPr>
      <w:r>
        <w:t>☐  A) Dove si trova l'incendio e cosa brucia</w:t>
      </w:r>
    </w:p>
    <w:p>
      <w:pPr>
        <w:keepNext/>
        <w:spacing w:after="0"/>
        <w:ind w:left="454"/>
      </w:pPr>
      <w:r>
        <w:t>☐  B) Stato degli impianti: energia, gas, sprinkler</w:t>
      </w:r>
    </w:p>
    <w:p>
      <w:pPr>
        <w:keepNext/>
        <w:spacing w:after="0"/>
        <w:ind w:left="454"/>
      </w:pPr>
      <w:r>
        <w:t>☐  C) Sostanze pericolose presenti</w:t>
      </w:r>
    </w:p>
    <w:p>
      <w:pPr>
        <w:keepNext/>
        <w:spacing w:after="0"/>
        <w:ind w:left="454"/>
      </w:pPr>
      <w:r>
        <w:t>☐  D) Percorsi, idranti esterni e attacchi autopompa</w:t>
      </w:r>
    </w:p>
    <w:p>
      <w:pPr>
        <w:keepNext w:val="0"/>
        <w:spacing w:after="0"/>
        <w:ind w:left="454"/>
      </w:pPr>
      <w:r>
        <w:t>☐  E) Persone mancanti, ferite o intrappolate</w:t>
      </w:r>
    </w:p>
    <w:p>
      <w:pPr>
        <w:ind w:left="454"/>
      </w:pPr>
      <w:r>
        <w:t>Ordine corretto: ____ – ____ – ____ – ____ – ____</w:t>
      </w:r>
    </w:p>
    <w:p>
      <w:pPr>
        <w:keepNext/>
        <w:spacing w:before="160"/>
      </w:pPr>
      <w:r>
        <w:rPr>
          <w:b/>
          <w:color w:val="B87A00"/>
        </w:rPr>
        <w:t xml:space="preserve">260. </w:t>
      </w:r>
      <w:r>
        <w:rPr>
          <w:i/>
          <w:color w:val="777777"/>
          <w:sz w:val="17"/>
        </w:rPr>
        <w:t xml:space="preserve">[Metti in ordine] </w:t>
      </w:r>
      <w:r>
        <w:rPr>
          <w:b/>
        </w:rPr>
        <w:t>Persona con indumenti in fiamme – metti le fasi nell'ordine corretto</w:t>
      </w:r>
    </w:p>
    <w:p>
      <w:pPr>
        <w:keepNext/>
        <w:spacing w:after="0"/>
        <w:ind w:left="454"/>
      </w:pPr>
      <w:r>
        <w:t>☐  A) Raffreddare le ustioni con acqua</w:t>
      </w:r>
    </w:p>
    <w:p>
      <w:pPr>
        <w:keepNext/>
        <w:spacing w:after="0"/>
        <w:ind w:left="454"/>
      </w:pPr>
      <w:r>
        <w:t>☐  B) Farla rotolare e coprirla dal collo ai piedi</w:t>
      </w:r>
    </w:p>
    <w:p>
      <w:pPr>
        <w:keepNext/>
        <w:spacing w:after="0"/>
        <w:ind w:left="454"/>
      </w:pPr>
      <w:r>
        <w:t>☐  C) Fermarla</w:t>
      </w:r>
    </w:p>
    <w:p>
      <w:pPr>
        <w:keepNext/>
        <w:spacing w:after="0"/>
        <w:ind w:left="454"/>
      </w:pPr>
      <w:r>
        <w:t>☐  D) Chiamare il 112</w:t>
      </w:r>
    </w:p>
    <w:p>
      <w:pPr>
        <w:keepNext w:val="0"/>
        <w:spacing w:after="0"/>
        <w:ind w:left="454"/>
      </w:pPr>
      <w:r>
        <w:t>☐  E) Farla stendere a terra</w:t>
      </w:r>
    </w:p>
    <w:p>
      <w:pPr>
        <w:ind w:left="454"/>
      </w:pPr>
      <w:r>
        <w:t>Ordine corretto: ____ – ____ – ____ – ____ – ____</w:t>
      </w:r>
    </w:p>
    <w:p>
      <w:pPr>
        <w:pStyle w:val="Heading1"/>
      </w:pPr>
      <w:r>
        <w:t>Aggiornamenti</w:t>
      </w:r>
    </w:p>
    <w:p>
      <w:pPr>
        <w:pStyle w:val="Heading2"/>
      </w:pPr>
      <w:r>
        <w:t>Blocco AG1 · Ripasso, novità, casi reali (agg. livello 2 e 3)</w:t>
      </w:r>
    </w:p>
    <w:p>
      <w:pPr>
        <w:keepNext/>
        <w:spacing w:before="160"/>
      </w:pPr>
      <w:r>
        <w:rPr>
          <w:b/>
          <w:color w:val="B87A00"/>
        </w:rPr>
        <w:t xml:space="preserve">261.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Quanto dura l'aggiornamento per gli addetti di livello 1?</w:t>
      </w:r>
    </w:p>
    <w:p>
      <w:pPr>
        <w:keepNext/>
        <w:spacing w:after="0"/>
        <w:ind w:left="454"/>
      </w:pPr>
      <w:r>
        <w:t>☐  A) 2 ore di sola pratica</w:t>
      </w:r>
    </w:p>
    <w:p>
      <w:pPr>
        <w:keepNext/>
        <w:spacing w:after="0"/>
        <w:ind w:left="454"/>
      </w:pPr>
      <w:r>
        <w:t>☐  B) 4 ore di teoria</w:t>
      </w:r>
    </w:p>
    <w:p>
      <w:pPr>
        <w:keepNext/>
        <w:spacing w:after="0"/>
        <w:ind w:left="454"/>
      </w:pPr>
      <w:r>
        <w:t>☐  C) 5 ore</w:t>
      </w:r>
    </w:p>
    <w:p>
      <w:pPr>
        <w:keepNext w:val="0"/>
        <w:spacing w:after="0"/>
        <w:ind w:left="454"/>
      </w:pPr>
      <w:r>
        <w:t>☐  D) 8 ore</w:t>
      </w:r>
    </w:p>
    <w:p>
      <w:pPr>
        <w:keepNext/>
        <w:spacing w:before="160"/>
      </w:pPr>
      <w:r>
        <w:rPr>
          <w:b/>
          <w:color w:val="B87A00"/>
        </w:rPr>
        <w:t xml:space="preserve">262.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Quanto dura l'aggiornamento per gli addetti di livello 2?</w:t>
      </w:r>
    </w:p>
    <w:p>
      <w:pPr>
        <w:keepNext/>
        <w:spacing w:after="0"/>
        <w:ind w:left="454"/>
      </w:pPr>
      <w:r>
        <w:t>☐  A) 2 ore</w:t>
      </w:r>
    </w:p>
    <w:p>
      <w:pPr>
        <w:keepNext/>
        <w:spacing w:after="0"/>
        <w:ind w:left="454"/>
      </w:pPr>
      <w:r>
        <w:t>☐  B) 8 ore</w:t>
      </w:r>
    </w:p>
    <w:p>
      <w:pPr>
        <w:keepNext/>
        <w:spacing w:after="0"/>
        <w:ind w:left="454"/>
      </w:pPr>
      <w:r>
        <w:t>☐  C) 5 ore: 2 teoria e 3 pratica</w:t>
      </w:r>
    </w:p>
    <w:p>
      <w:pPr>
        <w:keepNext w:val="0"/>
        <w:spacing w:after="0"/>
        <w:ind w:left="454"/>
      </w:pPr>
      <w:r>
        <w:t>☐  D) 16 ore</w:t>
      </w:r>
    </w:p>
    <w:p>
      <w:pPr>
        <w:keepNext/>
        <w:spacing w:before="160"/>
      </w:pPr>
      <w:r>
        <w:rPr>
          <w:b/>
          <w:color w:val="B87A00"/>
        </w:rPr>
        <w:t xml:space="preserve">263.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Quanto dura l'aggiornamento per gli addetti di livello 3?</w:t>
      </w:r>
    </w:p>
    <w:p>
      <w:pPr>
        <w:keepNext/>
        <w:spacing w:after="0"/>
        <w:ind w:left="454"/>
      </w:pPr>
      <w:r>
        <w:t>☐  A) 2 ore</w:t>
      </w:r>
    </w:p>
    <w:p>
      <w:pPr>
        <w:keepNext/>
        <w:spacing w:after="0"/>
        <w:ind w:left="454"/>
      </w:pPr>
      <w:r>
        <w:t>☐  B) 5 ore</w:t>
      </w:r>
    </w:p>
    <w:p>
      <w:pPr>
        <w:keepNext/>
        <w:spacing w:after="0"/>
        <w:ind w:left="454"/>
      </w:pPr>
      <w:r>
        <w:t>☐  C) 12 ore</w:t>
      </w:r>
    </w:p>
    <w:p>
      <w:pPr>
        <w:keepNext w:val="0"/>
        <w:spacing w:after="0"/>
        <w:ind w:left="454"/>
      </w:pPr>
      <w:r>
        <w:t>☐  D) 8 ore: 5 teoria e 3 pratica</w:t>
      </w:r>
    </w:p>
    <w:p>
      <w:pPr>
        <w:keepNext/>
        <w:spacing w:before="160"/>
      </w:pPr>
      <w:r>
        <w:rPr>
          <w:b/>
          <w:color w:val="B87A00"/>
        </w:rPr>
        <w:t xml:space="preserve">264.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Quale decreto ha sostituito il DM 10 marzo 1998 per la gestione dell'emergenza e la formazione?</w:t>
      </w:r>
    </w:p>
    <w:p>
      <w:pPr>
        <w:keepNext/>
        <w:spacing w:after="0"/>
        <w:ind w:left="454"/>
      </w:pPr>
      <w:r>
        <w:t>☐  A) DM 2 settembre 2021</w:t>
      </w:r>
    </w:p>
    <w:p>
      <w:pPr>
        <w:keepNext/>
        <w:spacing w:after="0"/>
        <w:ind w:left="454"/>
      </w:pPr>
      <w:r>
        <w:t>☐  B) DPR 151/2011</w:t>
      </w:r>
    </w:p>
    <w:p>
      <w:pPr>
        <w:keepNext/>
        <w:spacing w:after="0"/>
        <w:ind w:left="454"/>
      </w:pPr>
      <w:r>
        <w:t>☐  C) DM 3/8/2015</w:t>
      </w:r>
    </w:p>
    <w:p>
      <w:pPr>
        <w:keepNext w:val="0"/>
        <w:spacing w:after="0"/>
        <w:ind w:left="454"/>
      </w:pPr>
      <w:r>
        <w:t>☐  D) DM 37/2008</w:t>
      </w:r>
    </w:p>
    <w:p>
      <w:pPr>
        <w:keepNext/>
        <w:spacing w:before="160"/>
      </w:pPr>
      <w:r>
        <w:rPr>
          <w:b/>
          <w:color w:val="B87A00"/>
        </w:rPr>
        <w:t xml:space="preserve">265.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Gli attestati rilasciati con il vecchio DM 10/3/1998:</w:t>
      </w:r>
    </w:p>
    <w:p>
      <w:pPr>
        <w:keepNext/>
        <w:spacing w:after="0"/>
        <w:ind w:left="454"/>
      </w:pPr>
      <w:r>
        <w:t>☐  A) Valgono per sempre</w:t>
      </w:r>
    </w:p>
    <w:p>
      <w:pPr>
        <w:keepNext/>
        <w:spacing w:after="0"/>
        <w:ind w:left="454"/>
      </w:pPr>
      <w:r>
        <w:t>☐  B) Vanno convertiti in tribunale</w:t>
      </w:r>
    </w:p>
    <w:p>
      <w:pPr>
        <w:keepNext/>
        <w:spacing w:after="0"/>
        <w:ind w:left="454"/>
      </w:pPr>
      <w:r>
        <w:t>☐  C) Sono decaduti subito</w:t>
      </w:r>
    </w:p>
    <w:p>
      <w:pPr>
        <w:keepNext w:val="0"/>
        <w:spacing w:after="0"/>
        <w:ind w:left="454"/>
      </w:pPr>
      <w:r>
        <w:t>☐  D) Restano validi fino alla scadenza dell'aggiornamento</w:t>
      </w:r>
    </w:p>
    <w:p>
      <w:pPr>
        <w:keepNext/>
        <w:spacing w:before="160"/>
      </w:pPr>
      <w:r>
        <w:rPr>
          <w:b/>
          <w:color w:val="B87A00"/>
        </w:rPr>
        <w:t xml:space="preserve">266.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L'errore più grave con l'estintore è:</w:t>
      </w:r>
    </w:p>
    <w:p>
      <w:pPr>
        <w:keepNext/>
        <w:spacing w:after="0"/>
        <w:ind w:left="454"/>
      </w:pPr>
      <w:r>
        <w:t>☐  A) Fare la prova verso terra</w:t>
      </w:r>
    </w:p>
    <w:p>
      <w:pPr>
        <w:keepNext/>
        <w:spacing w:after="0"/>
        <w:ind w:left="454"/>
      </w:pPr>
      <w:r>
        <w:t>☐  B) Insistere quando il fuoco non si spegne con il primo estintore</w:t>
      </w:r>
    </w:p>
    <w:p>
      <w:pPr>
        <w:keepNext/>
        <w:spacing w:after="0"/>
        <w:ind w:left="454"/>
      </w:pPr>
      <w:r>
        <w:t>☐  C) Avere la via di fuga alle spalle</w:t>
      </w:r>
    </w:p>
    <w:p>
      <w:pPr>
        <w:keepNext w:val="0"/>
        <w:spacing w:after="0"/>
        <w:ind w:left="454"/>
      </w:pPr>
      <w:r>
        <w:t>☐  D) Dare l'allarme</w:t>
      </w:r>
    </w:p>
    <w:p>
      <w:pPr>
        <w:keepNext/>
        <w:spacing w:before="160"/>
      </w:pPr>
      <w:r>
        <w:rPr>
          <w:b/>
          <w:color w:val="B87A00"/>
        </w:rPr>
        <w:t xml:space="preserve">267.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Gli estintori idrici certificati per uso elettrico possono essere usati fino a:</w:t>
      </w:r>
    </w:p>
    <w:p>
      <w:pPr>
        <w:keepNext/>
        <w:spacing w:after="0"/>
        <w:ind w:left="454"/>
      </w:pPr>
      <w:r>
        <w:t>☐  A) Qualsiasi tensione</w:t>
      </w:r>
    </w:p>
    <w:p>
      <w:pPr>
        <w:keepNext/>
        <w:spacing w:after="0"/>
        <w:ind w:left="454"/>
      </w:pPr>
      <w:r>
        <w:t>☐  B) 220 V a contatto</w:t>
      </w:r>
    </w:p>
    <w:p>
      <w:pPr>
        <w:keepNext/>
        <w:spacing w:after="0"/>
        <w:ind w:left="454"/>
      </w:pPr>
      <w:r>
        <w:t>☐  C) 1000 V a un metro di distanza</w:t>
      </w:r>
    </w:p>
    <w:p>
      <w:pPr>
        <w:keepNext w:val="0"/>
        <w:spacing w:after="0"/>
        <w:ind w:left="454"/>
      </w:pPr>
      <w:r>
        <w:t>☐  D) Mai su apparecchi elettrici</w:t>
      </w:r>
    </w:p>
    <w:p>
      <w:pPr>
        <w:keepNext/>
        <w:spacing w:before="160"/>
      </w:pPr>
      <w:r>
        <w:rPr>
          <w:b/>
          <w:color w:val="B87A00"/>
        </w:rPr>
        <w:t xml:space="preserve">268.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Molti incendi nei compattatori di rifiuti sono causati da:</w:t>
      </w:r>
    </w:p>
    <w:p>
      <w:pPr>
        <w:keepNext/>
        <w:spacing w:after="0"/>
        <w:ind w:left="454"/>
      </w:pPr>
      <w:r>
        <w:t>☐  A) Batterie schiacciate finite nei rifiuti</w:t>
      </w:r>
    </w:p>
    <w:p>
      <w:pPr>
        <w:keepNext/>
        <w:spacing w:after="0"/>
        <w:ind w:left="454"/>
      </w:pPr>
      <w:r>
        <w:t>☐  B) Acqua piovana</w:t>
      </w:r>
    </w:p>
    <w:p>
      <w:pPr>
        <w:keepNext/>
        <w:spacing w:after="0"/>
        <w:ind w:left="454"/>
      </w:pPr>
      <w:r>
        <w:t>☐  C) Vetro</w:t>
      </w:r>
    </w:p>
    <w:p>
      <w:pPr>
        <w:keepNext w:val="0"/>
        <w:spacing w:after="0"/>
        <w:ind w:left="454"/>
      </w:pPr>
      <w:r>
        <w:t>☐  D) Carta pulita</w:t>
      </w:r>
    </w:p>
    <w:p>
      <w:pPr>
        <w:keepNext/>
        <w:spacing w:before="160"/>
      </w:pPr>
      <w:r>
        <w:rPr>
          <w:b/>
          <w:color w:val="B87A00"/>
        </w:rPr>
        <w:t xml:space="preserve">269.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ricarica dei monopattini elettrici in azienda va fatta:</w:t>
      </w:r>
    </w:p>
    <w:p>
      <w:pPr>
        <w:keepNext/>
        <w:spacing w:after="0"/>
        <w:ind w:left="454"/>
      </w:pPr>
      <w:r>
        <w:t>☐  A) Nel sottoscala</w:t>
      </w:r>
    </w:p>
    <w:p>
      <w:pPr>
        <w:keepNext/>
        <w:spacing w:after="0"/>
        <w:ind w:left="454"/>
      </w:pPr>
      <w:r>
        <w:t>☐  B) In aree dedicate, lontano da combustibili e vie d'esodo</w:t>
      </w:r>
    </w:p>
    <w:p>
      <w:pPr>
        <w:keepNext/>
        <w:spacing w:after="0"/>
        <w:ind w:left="454"/>
      </w:pPr>
      <w:r>
        <w:t>☐  C) Nel corridoio di uscita</w:t>
      </w:r>
    </w:p>
    <w:p>
      <w:pPr>
        <w:keepNext w:val="0"/>
        <w:spacing w:after="0"/>
        <w:ind w:left="454"/>
      </w:pPr>
      <w:r>
        <w:t>☐  D) Sotto la scrivania</w:t>
      </w:r>
    </w:p>
    <w:p>
      <w:pPr>
        <w:keepNext/>
        <w:spacing w:before="160"/>
      </w:pPr>
      <w:r>
        <w:rPr>
          <w:b/>
          <w:color w:val="B87A00"/>
        </w:rPr>
        <w:t xml:space="preserve">270.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Nell'incendio della linea 5 ThyssenKrupp di Torino (2007) persero la vita:</w:t>
      </w:r>
    </w:p>
    <w:p>
      <w:pPr>
        <w:keepNext/>
        <w:spacing w:after="0"/>
        <w:ind w:left="454"/>
      </w:pPr>
      <w:r>
        <w:t>☐  A) Sette operai</w:t>
      </w:r>
    </w:p>
    <w:p>
      <w:pPr>
        <w:keepNext/>
        <w:spacing w:after="0"/>
        <w:ind w:left="454"/>
      </w:pPr>
      <w:r>
        <w:t>☐  B) Due operai</w:t>
      </w:r>
    </w:p>
    <w:p>
      <w:pPr>
        <w:keepNext/>
        <w:spacing w:after="0"/>
        <w:ind w:left="454"/>
      </w:pPr>
      <w:r>
        <w:t>☐  C) Venti operai</w:t>
      </w:r>
    </w:p>
    <w:p>
      <w:pPr>
        <w:keepNext w:val="0"/>
        <w:spacing w:after="0"/>
        <w:ind w:left="454"/>
      </w:pPr>
      <w:r>
        <w:t>☐  D) Nessuno</w:t>
      </w:r>
    </w:p>
    <w:p>
      <w:pPr>
        <w:keepNext/>
        <w:spacing w:before="160"/>
      </w:pPr>
      <w:r>
        <w:rPr>
          <w:b/>
          <w:color w:val="B87A00"/>
        </w:rPr>
        <w:t xml:space="preserve">271.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tempo di pre-movimento è:</w:t>
      </w:r>
    </w:p>
    <w:p>
      <w:pPr>
        <w:keepNext/>
        <w:spacing w:after="0"/>
        <w:ind w:left="454"/>
      </w:pPr>
      <w:r>
        <w:t>☐  A) Il tempo per arrivare al punto di raccolta</w:t>
      </w:r>
    </w:p>
    <w:p>
      <w:pPr>
        <w:keepNext/>
        <w:spacing w:after="0"/>
        <w:ind w:left="454"/>
      </w:pPr>
      <w:r>
        <w:t>☐  B) Il tempo tra l'allarme e l'inizio dello spostamento delle persone</w:t>
      </w:r>
    </w:p>
    <w:p>
      <w:pPr>
        <w:keepNext/>
        <w:spacing w:after="0"/>
        <w:ind w:left="454"/>
      </w:pPr>
      <w:r>
        <w:t>☐  C) Il tempo di scarica dell'estintore</w:t>
      </w:r>
    </w:p>
    <w:p>
      <w:pPr>
        <w:keepNext w:val="0"/>
        <w:spacing w:after="0"/>
        <w:ind w:left="454"/>
      </w:pPr>
      <w:r>
        <w:t>☐  D) Il tempo di arrivo dei soccorsi</w:t>
      </w:r>
    </w:p>
    <w:p>
      <w:pPr>
        <w:keepNext/>
        <w:spacing w:before="160"/>
      </w:pPr>
      <w:r>
        <w:rPr>
          <w:b/>
          <w:color w:val="B87A00"/>
        </w:rPr>
        <w:t xml:space="preserve">272.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In emergenza le persone tendono a:</w:t>
      </w:r>
    </w:p>
    <w:p>
      <w:pPr>
        <w:keepNext/>
        <w:spacing w:after="0"/>
        <w:ind w:left="454"/>
      </w:pPr>
      <w:r>
        <w:t>☐  A) Usare l'uscita da cui sono entrate</w:t>
      </w:r>
    </w:p>
    <w:p>
      <w:pPr>
        <w:keepNext/>
        <w:spacing w:after="0"/>
        <w:ind w:left="454"/>
      </w:pPr>
      <w:r>
        <w:t>☐  B) Usare sempre l'uscita più vicina</w:t>
      </w:r>
    </w:p>
    <w:p>
      <w:pPr>
        <w:keepNext/>
        <w:spacing w:after="0"/>
        <w:ind w:left="454"/>
      </w:pPr>
      <w:r>
        <w:t>☐  C) Correre in modo casuale</w:t>
      </w:r>
    </w:p>
    <w:p>
      <w:pPr>
        <w:keepNext w:val="0"/>
        <w:spacing w:after="0"/>
        <w:ind w:left="454"/>
      </w:pPr>
      <w:r>
        <w:t>☐  D) Ignorare i colleghi</w:t>
      </w:r>
    </w:p>
    <w:p>
      <w:pPr>
        <w:keepNext/>
        <w:spacing w:before="160"/>
      </w:pPr>
      <w:r>
        <w:rPr>
          <w:b/>
          <w:color w:val="B87A00"/>
        </w:rPr>
        <w:t xml:space="preserve">273.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rientro nell'edificio dopo l'evacuazione è autorizzato da:</w:t>
      </w:r>
    </w:p>
    <w:p>
      <w:pPr>
        <w:keepNext/>
        <w:spacing w:after="0"/>
        <w:ind w:left="454"/>
      </w:pPr>
      <w:r>
        <w:t>☐  A) Nessuno: si rientra quando si vuole</w:t>
      </w:r>
    </w:p>
    <w:p>
      <w:pPr>
        <w:keepNext/>
        <w:spacing w:after="0"/>
        <w:ind w:left="454"/>
      </w:pPr>
      <w:r>
        <w:t>☐  B) Il coordinatore, sentiti i Vigili del Fuoco se intervenuti</w:t>
      </w:r>
    </w:p>
    <w:p>
      <w:pPr>
        <w:keepNext/>
        <w:spacing w:after="0"/>
        <w:ind w:left="454"/>
      </w:pPr>
      <w:r>
        <w:t>☐  C) Il primo che arriva al punto di raccolta</w:t>
      </w:r>
    </w:p>
    <w:p>
      <w:pPr>
        <w:keepNext w:val="0"/>
        <w:spacing w:after="0"/>
        <w:ind w:left="454"/>
      </w:pPr>
      <w:r>
        <w:t>☐  D) Il fornitore degli estintori</w:t>
      </w:r>
    </w:p>
    <w:p>
      <w:pPr>
        <w:keepNext/>
        <w:spacing w:before="160"/>
      </w:pPr>
      <w:r>
        <w:rPr>
          <w:b/>
          <w:color w:val="B87A00"/>
        </w:rPr>
        <w:t xml:space="preserve">274.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Durante il caldo estremo all'aperto va curato in particolare:</w:t>
      </w:r>
    </w:p>
    <w:p>
      <w:pPr>
        <w:keepNext/>
        <w:spacing w:after="0"/>
        <w:ind w:left="454"/>
      </w:pPr>
      <w:r>
        <w:t>☐  A) L'apertura delle finestre di notte</w:t>
      </w:r>
    </w:p>
    <w:p>
      <w:pPr>
        <w:keepNext/>
        <w:spacing w:after="0"/>
        <w:ind w:left="454"/>
      </w:pPr>
      <w:r>
        <w:t>☐  B) L'aumento dei depositi esterni</w:t>
      </w:r>
    </w:p>
    <w:p>
      <w:pPr>
        <w:keepNext/>
        <w:spacing w:after="0"/>
        <w:ind w:left="454"/>
      </w:pPr>
      <w:r>
        <w:t>☐  C) Lo sfalcio della vegetazione secca vicino agli edifici</w:t>
      </w:r>
    </w:p>
    <w:p>
      <w:pPr>
        <w:keepNext w:val="0"/>
        <w:spacing w:after="0"/>
        <w:ind w:left="454"/>
      </w:pPr>
      <w:r>
        <w:t>☐  D) La chiusura degli estintori</w:t>
      </w:r>
    </w:p>
    <w:p>
      <w:pPr>
        <w:keepNext/>
        <w:spacing w:before="160"/>
      </w:pPr>
      <w:r>
        <w:rPr>
          <w:b/>
          <w:color w:val="B87A00"/>
        </w:rPr>
        <w:t xml:space="preserve">275.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Per un incendio di vegetazione che minaccia l'azienda, a volte è più sicuro:</w:t>
      </w:r>
    </w:p>
    <w:p>
      <w:pPr>
        <w:keepNext/>
        <w:spacing w:after="0"/>
        <w:ind w:left="454"/>
      </w:pPr>
      <w:r>
        <w:t>☐  A) Fuggire in auto nel fumo</w:t>
      </w:r>
    </w:p>
    <w:p>
      <w:pPr>
        <w:keepNext/>
        <w:spacing w:after="0"/>
        <w:ind w:left="454"/>
      </w:pPr>
      <w:r>
        <w:t>☐  B) Rifugiarsi in un edificio solido chiuso</w:t>
      </w:r>
    </w:p>
    <w:p>
      <w:pPr>
        <w:keepNext/>
        <w:spacing w:after="0"/>
        <w:ind w:left="454"/>
      </w:pPr>
      <w:r>
        <w:t>☐  C) Restare all'aperto vicino alla siepe</w:t>
      </w:r>
    </w:p>
    <w:p>
      <w:pPr>
        <w:keepNext w:val="0"/>
        <w:spacing w:after="0"/>
        <w:ind w:left="454"/>
      </w:pPr>
      <w:r>
        <w:t>☐  D) Salire sul tetto</w:t>
      </w:r>
    </w:p>
    <w:p>
      <w:pPr>
        <w:keepNext/>
        <w:spacing w:before="160"/>
      </w:pPr>
      <w:r>
        <w:rPr>
          <w:b/>
          <w:color w:val="B87A00"/>
        </w:rPr>
        <w:t xml:space="preserve">276.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ricarica e la manutenzione degli estintori spettano:</w:t>
      </w:r>
    </w:p>
    <w:p>
      <w:pPr>
        <w:keepNext/>
        <w:spacing w:after="0"/>
        <w:ind w:left="454"/>
      </w:pPr>
      <w:r>
        <w:t>☐  A) Ai tecnici qualificati</w:t>
      </w:r>
    </w:p>
    <w:p>
      <w:pPr>
        <w:keepNext/>
        <w:spacing w:after="0"/>
        <w:ind w:left="454"/>
      </w:pPr>
      <w:r>
        <w:t>☐  B) Al medico competente</w:t>
      </w:r>
    </w:p>
    <w:p>
      <w:pPr>
        <w:keepNext/>
        <w:spacing w:after="0"/>
        <w:ind w:left="454"/>
      </w:pPr>
      <w:r>
        <w:t>☐  C) Agli addetti antincendio</w:t>
      </w:r>
    </w:p>
    <w:p>
      <w:pPr>
        <w:keepNext w:val="0"/>
        <w:spacing w:after="0"/>
        <w:ind w:left="454"/>
      </w:pPr>
      <w:r>
        <w:t>☐  D) Ai lavoratori</w:t>
      </w:r>
    </w:p>
    <w:p>
      <w:pPr>
        <w:keepNext/>
        <w:spacing w:before="160"/>
      </w:pPr>
      <w:r>
        <w:rPr>
          <w:b/>
          <w:color w:val="B87A00"/>
        </w:rPr>
        <w:t xml:space="preserve">277.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addetto che agisce secondo formazione e procedure:</w:t>
      </w:r>
    </w:p>
    <w:p>
      <w:pPr>
        <w:keepNext/>
        <w:spacing w:after="0"/>
        <w:ind w:left="454"/>
      </w:pPr>
      <w:r>
        <w:t>☐  A) Non è considerato responsabile dell'esito dell'intervento in emergenza</w:t>
      </w:r>
    </w:p>
    <w:p>
      <w:pPr>
        <w:keepNext/>
        <w:spacing w:after="0"/>
        <w:ind w:left="454"/>
      </w:pPr>
      <w:r>
        <w:t>☐  B) Deve pagare l'estintore usato</w:t>
      </w:r>
    </w:p>
    <w:p>
      <w:pPr>
        <w:keepNext/>
        <w:spacing w:after="0"/>
        <w:ind w:left="454"/>
      </w:pPr>
      <w:r>
        <w:t>☐  C) È sempre responsabile dei danni</w:t>
      </w:r>
    </w:p>
    <w:p>
      <w:pPr>
        <w:keepNext w:val="0"/>
        <w:spacing w:after="0"/>
        <w:ind w:left="454"/>
      </w:pPr>
      <w:r>
        <w:t>☐  D) Viene sanzionato</w:t>
      </w:r>
    </w:p>
    <w:p>
      <w:pPr>
        <w:keepNext/>
        <w:spacing w:before="160"/>
      </w:pPr>
      <w:r>
        <w:rPr>
          <w:b/>
          <w:color w:val="B87A00"/>
        </w:rPr>
        <w:t xml:space="preserve">278.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registro dei controlli digitale con codici QR sui presidi:</w:t>
      </w:r>
    </w:p>
    <w:p>
      <w:pPr>
        <w:keepNext/>
        <w:spacing w:after="0"/>
        <w:ind w:left="454"/>
      </w:pPr>
      <w:r>
        <w:t>☐  A) Richiede le stesse attenzioni di quello cartaceo</w:t>
      </w:r>
    </w:p>
    <w:p>
      <w:pPr>
        <w:keepNext/>
        <w:spacing w:after="0"/>
        <w:ind w:left="454"/>
      </w:pPr>
      <w:r>
        <w:t>☐  B) Serve solo per l'inventario</w:t>
      </w:r>
    </w:p>
    <w:p>
      <w:pPr>
        <w:keepNext/>
        <w:spacing w:after="0"/>
        <w:ind w:left="454"/>
      </w:pPr>
      <w:r>
        <w:t>☐  C) Non è ammesso</w:t>
      </w:r>
    </w:p>
    <w:p>
      <w:pPr>
        <w:keepNext w:val="0"/>
        <w:spacing w:after="0"/>
        <w:ind w:left="454"/>
      </w:pPr>
      <w:r>
        <w:t>☐  D) Sostituisce i controlli fisici</w:t>
      </w:r>
    </w:p>
    <w:p>
      <w:pPr>
        <w:keepNext/>
        <w:spacing w:before="160"/>
      </w:pPr>
      <w:r>
        <w:rPr>
          <w:b/>
          <w:color w:val="B87A00"/>
        </w:rPr>
        <w:t xml:space="preserve">279.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DM 3 settembre 2021 è chiamato:</w:t>
      </w:r>
    </w:p>
    <w:p>
      <w:pPr>
        <w:keepNext/>
        <w:spacing w:after="0"/>
        <w:ind w:left="454"/>
      </w:pPr>
      <w:r>
        <w:t>☐  A) Decreto Controlli</w:t>
      </w:r>
    </w:p>
    <w:p>
      <w:pPr>
        <w:keepNext/>
        <w:spacing w:after="0"/>
        <w:ind w:left="454"/>
      </w:pPr>
      <w:r>
        <w:t>☐  B) Decreto GSA</w:t>
      </w:r>
    </w:p>
    <w:p>
      <w:pPr>
        <w:keepNext/>
        <w:spacing w:after="0"/>
        <w:ind w:left="454"/>
      </w:pPr>
      <w:r>
        <w:t>☐  C) Minicodice</w:t>
      </w:r>
    </w:p>
    <w:p>
      <w:pPr>
        <w:keepNext w:val="0"/>
        <w:spacing w:after="0"/>
        <w:ind w:left="454"/>
      </w:pPr>
      <w:r>
        <w:t>☐  D) Codice civile</w:t>
      </w:r>
    </w:p>
    <w:p>
      <w:pPr>
        <w:keepNext/>
        <w:spacing w:before="160"/>
      </w:pPr>
      <w:r>
        <w:rPr>
          <w:b/>
          <w:color w:val="B87A00"/>
        </w:rPr>
        <w:t xml:space="preserve">280.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Quali segnali indicano una batteria al litio in pericolo?</w:t>
      </w:r>
    </w:p>
    <w:p>
      <w:pPr>
        <w:keepNext/>
        <w:spacing w:after="0"/>
        <w:ind w:left="454"/>
      </w:pPr>
      <w:r>
        <w:t>☐  A) Colore uniforme</w:t>
      </w:r>
    </w:p>
    <w:p>
      <w:pPr>
        <w:keepNext/>
        <w:spacing w:after="0"/>
        <w:ind w:left="454"/>
      </w:pPr>
      <w:r>
        <w:t>☐  B) Etichetta leggibile</w:t>
      </w:r>
    </w:p>
    <w:p>
      <w:pPr>
        <w:keepNext/>
        <w:spacing w:after="0"/>
        <w:ind w:left="454"/>
      </w:pPr>
      <w:r>
        <w:t>☐  C) Gonfiore, calore anomalo, sibili, fumo</w:t>
      </w:r>
    </w:p>
    <w:p>
      <w:pPr>
        <w:keepNext w:val="0"/>
        <w:spacing w:after="0"/>
        <w:ind w:left="454"/>
      </w:pPr>
      <w:r>
        <w:t>☐  D) Batteria fredda e asciutta</w:t>
      </w:r>
    </w:p>
    <w:p>
      <w:pPr>
        <w:keepNext/>
        <w:spacing w:before="160"/>
      </w:pPr>
      <w:r>
        <w:rPr>
          <w:b/>
          <w:color w:val="B87A00"/>
        </w:rPr>
        <w:t xml:space="preserve">281.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Nel caso di studio del magazzino logistico, la causa principale dell'aggravamento fu:</w:t>
      </w:r>
    </w:p>
    <w:p>
      <w:pPr>
        <w:keepNext/>
        <w:spacing w:after="0"/>
        <w:ind w:left="454"/>
      </w:pPr>
      <w:r>
        <w:t>☐  A) Il colore delle scaffalature</w:t>
      </w:r>
    </w:p>
    <w:p>
      <w:pPr>
        <w:keepNext/>
        <w:spacing w:after="0"/>
        <w:ind w:left="454"/>
      </w:pPr>
      <w:r>
        <w:t>☐  B) La pioggia</w:t>
      </w:r>
    </w:p>
    <w:p>
      <w:pPr>
        <w:keepNext/>
        <w:spacing w:after="0"/>
        <w:ind w:left="454"/>
      </w:pPr>
      <w:r>
        <w:t>☐  C) L'eccesso di estintori</w:t>
      </w:r>
    </w:p>
    <w:p>
      <w:pPr>
        <w:keepNext w:val="0"/>
        <w:spacing w:after="0"/>
        <w:ind w:left="454"/>
      </w:pPr>
      <w:r>
        <w:t>☐  D) La somma di problemi tollerati: accumuli, falsi allarmi ignorati, accessi occupati</w:t>
      </w:r>
    </w:p>
    <w:p>
      <w:pPr>
        <w:keepNext/>
        <w:spacing w:before="160"/>
      </w:pPr>
      <w:r>
        <w:rPr>
          <w:b/>
          <w:color w:val="B87A00"/>
        </w:rPr>
        <w:t xml:space="preserve">282.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Nel caso del cestino d'ufficio, l'estintore più adatto sarebbe stato:</w:t>
      </w:r>
    </w:p>
    <w:p>
      <w:pPr>
        <w:keepNext/>
        <w:spacing w:after="0"/>
        <w:ind w:left="454"/>
      </w:pPr>
      <w:r>
        <w:t>☐  A) Nessuno</w:t>
      </w:r>
    </w:p>
    <w:p>
      <w:pPr>
        <w:keepNext/>
        <w:spacing w:after="0"/>
        <w:ind w:left="454"/>
      </w:pPr>
      <w:r>
        <w:t>☐  B) A CO2 da 50 kg</w:t>
      </w:r>
    </w:p>
    <w:p>
      <w:pPr>
        <w:keepNext/>
        <w:spacing w:after="0"/>
        <w:ind w:left="454"/>
      </w:pPr>
      <w:r>
        <w:t>☐  C) Di classe D</w:t>
      </w:r>
    </w:p>
    <w:p>
      <w:pPr>
        <w:keepNext w:val="0"/>
        <w:spacing w:after="0"/>
        <w:ind w:left="454"/>
      </w:pPr>
      <w:r>
        <w:t>☐  D) Ad acqua o schiuma</w:t>
      </w:r>
    </w:p>
    <w:p>
      <w:pPr>
        <w:keepNext/>
        <w:spacing w:before="160"/>
      </w:pPr>
      <w:r>
        <w:rPr>
          <w:b/>
          <w:color w:val="B87A00"/>
        </w:rPr>
        <w:t xml:space="preserve">283.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nuovo lavoratore deve ricevere le informazioni sull'emergenza:</w:t>
      </w:r>
    </w:p>
    <w:p>
      <w:pPr>
        <w:keepNext/>
        <w:spacing w:after="0"/>
        <w:ind w:left="454"/>
      </w:pPr>
      <w:r>
        <w:t>☐  A) Dopo un anno</w:t>
      </w:r>
    </w:p>
    <w:p>
      <w:pPr>
        <w:keepNext/>
        <w:spacing w:after="0"/>
        <w:ind w:left="454"/>
      </w:pPr>
      <w:r>
        <w:t>☐  B) Il primo giorno, prima di iniziare</w:t>
      </w:r>
    </w:p>
    <w:p>
      <w:pPr>
        <w:keepNext/>
        <w:spacing w:after="0"/>
        <w:ind w:left="454"/>
      </w:pPr>
      <w:r>
        <w:t>☐  C) Mai</w:t>
      </w:r>
    </w:p>
    <w:p>
      <w:pPr>
        <w:keepNext w:val="0"/>
        <w:spacing w:after="0"/>
        <w:ind w:left="454"/>
      </w:pPr>
      <w:r>
        <w:t>☐  D) Solo se lo chiede</w:t>
      </w:r>
    </w:p>
    <w:p>
      <w:pPr>
        <w:keepNext/>
        <w:spacing w:before="160"/>
      </w:pPr>
      <w:r>
        <w:rPr>
          <w:b/>
          <w:color w:val="B87A00"/>
        </w:rPr>
        <w:t xml:space="preserve">284.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regola per il lavoratore solo che è addetto antincendio è:</w:t>
      </w:r>
    </w:p>
    <w:p>
      <w:pPr>
        <w:keepNext/>
        <w:spacing w:after="0"/>
        <w:ind w:left="454"/>
      </w:pPr>
      <w:r>
        <w:t>☐  A) Prima di intervenire, chiamare</w:t>
      </w:r>
    </w:p>
    <w:p>
      <w:pPr>
        <w:keepNext/>
        <w:spacing w:after="0"/>
        <w:ind w:left="454"/>
      </w:pPr>
      <w:r>
        <w:t>☐  B) Aspettare il mattino</w:t>
      </w:r>
    </w:p>
    <w:p>
      <w:pPr>
        <w:keepNext/>
        <w:spacing w:after="0"/>
        <w:ind w:left="454"/>
      </w:pPr>
      <w:r>
        <w:t>☐  C) Non dare mai l'allarme</w:t>
      </w:r>
    </w:p>
    <w:p>
      <w:pPr>
        <w:keepNext w:val="0"/>
        <w:spacing w:after="0"/>
        <w:ind w:left="454"/>
      </w:pPr>
      <w:r>
        <w:t>☐  D) Intervenire sempre da solo</w:t>
      </w:r>
    </w:p>
    <w:p>
      <w:pPr>
        <w:keepNext/>
        <w:spacing w:before="160"/>
      </w:pPr>
      <w:r>
        <w:rPr>
          <w:b/>
          <w:color w:val="B87A00"/>
        </w:rPr>
        <w:t xml:space="preserve">285.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Le sostanze persistenti presenti nei vecchi schiumogeni si chiamano ___.</w:t>
      </w:r>
    </w:p>
    <w:p>
      <w:pPr>
        <w:keepNext/>
        <w:spacing w:after="0"/>
        <w:ind w:left="454"/>
      </w:pPr>
      <w:r>
        <w:t>☐  A) PFAS</w:t>
      </w:r>
    </w:p>
    <w:p>
      <w:pPr>
        <w:keepNext/>
        <w:spacing w:after="0"/>
        <w:ind w:left="454"/>
      </w:pPr>
      <w:r>
        <w:t>☐  B) CLP</w:t>
      </w:r>
    </w:p>
    <w:p>
      <w:pPr>
        <w:keepNext/>
        <w:spacing w:after="0"/>
        <w:ind w:left="454"/>
      </w:pPr>
      <w:r>
        <w:t>☐  C) ATEX</w:t>
      </w:r>
    </w:p>
    <w:p>
      <w:pPr>
        <w:keepNext w:val="0"/>
        <w:spacing w:after="0"/>
        <w:ind w:left="454"/>
      </w:pPr>
      <w:r>
        <w:t>☐  D) NUE</w:t>
      </w:r>
    </w:p>
    <w:p>
      <w:pPr>
        <w:keepNext/>
        <w:spacing w:before="160"/>
      </w:pPr>
      <w:r>
        <w:rPr>
          <w:b/>
          <w:color w:val="B87A00"/>
        </w:rPr>
        <w:t xml:space="preserve">286.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La reazione incontrollata di una cella al litio si chiama fuga ___.</w:t>
      </w:r>
    </w:p>
    <w:p>
      <w:pPr>
        <w:keepNext/>
        <w:spacing w:after="0"/>
        <w:ind w:left="454"/>
      </w:pPr>
      <w:r>
        <w:t>☐  A) chimica</w:t>
      </w:r>
    </w:p>
    <w:p>
      <w:pPr>
        <w:keepNext/>
        <w:spacing w:after="0"/>
        <w:ind w:left="454"/>
      </w:pPr>
      <w:r>
        <w:t>☐  B) termica</w:t>
      </w:r>
    </w:p>
    <w:p>
      <w:pPr>
        <w:keepNext/>
        <w:spacing w:after="0"/>
        <w:ind w:left="454"/>
      </w:pPr>
      <w:r>
        <w:t>☐  C) elettrica</w:t>
      </w:r>
    </w:p>
    <w:p>
      <w:pPr>
        <w:keepNext w:val="0"/>
        <w:spacing w:after="0"/>
        <w:ind w:left="454"/>
      </w:pPr>
      <w:r>
        <w:t>☐  D) statica</w:t>
      </w:r>
    </w:p>
    <w:p>
      <w:pPr>
        <w:keepNext/>
        <w:spacing w:before="160"/>
      </w:pPr>
      <w:r>
        <w:rPr>
          <w:b/>
          <w:color w:val="B87A00"/>
        </w:rPr>
        <w:t xml:space="preserve">287.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decreto Controlli è il DM 1 settembre ___.</w:t>
      </w:r>
    </w:p>
    <w:p>
      <w:pPr>
        <w:keepNext/>
        <w:spacing w:after="0"/>
        <w:ind w:left="454"/>
      </w:pPr>
      <w:r>
        <w:t>☐  A) 1998</w:t>
      </w:r>
    </w:p>
    <w:p>
      <w:pPr>
        <w:keepNext/>
        <w:spacing w:after="0"/>
        <w:ind w:left="454"/>
      </w:pPr>
      <w:r>
        <w:t>☐  B) 2011</w:t>
      </w:r>
    </w:p>
    <w:p>
      <w:pPr>
        <w:keepNext/>
        <w:spacing w:after="0"/>
        <w:ind w:left="454"/>
      </w:pPr>
      <w:r>
        <w:t>☐  C) 2021</w:t>
      </w:r>
    </w:p>
    <w:p>
      <w:pPr>
        <w:keepNext w:val="0"/>
        <w:spacing w:after="0"/>
        <w:ind w:left="454"/>
      </w:pPr>
      <w:r>
        <w:t>☐  D) 2015</w:t>
      </w:r>
    </w:p>
    <w:p>
      <w:pPr>
        <w:keepNext/>
        <w:spacing w:before="160"/>
      </w:pPr>
      <w:r>
        <w:rPr>
          <w:b/>
          <w:color w:val="B87A00"/>
        </w:rPr>
        <w:t xml:space="preserve">288.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tempo tra l'allarme e l'inizio dello spostamento si chiama tempo di ___.</w:t>
      </w:r>
    </w:p>
    <w:p>
      <w:pPr>
        <w:keepNext/>
        <w:spacing w:after="0"/>
        <w:ind w:left="454"/>
      </w:pPr>
      <w:r>
        <w:t>☐  A) ritardo</w:t>
      </w:r>
    </w:p>
    <w:p>
      <w:pPr>
        <w:keepNext/>
        <w:spacing w:after="0"/>
        <w:ind w:left="454"/>
      </w:pPr>
      <w:r>
        <w:t>☐  B) scarica</w:t>
      </w:r>
    </w:p>
    <w:p>
      <w:pPr>
        <w:keepNext/>
        <w:spacing w:after="0"/>
        <w:ind w:left="454"/>
      </w:pPr>
      <w:r>
        <w:t>☐  C) intervento</w:t>
      </w:r>
    </w:p>
    <w:p>
      <w:pPr>
        <w:keepNext w:val="0"/>
        <w:spacing w:after="0"/>
        <w:ind w:left="454"/>
      </w:pPr>
      <w:r>
        <w:t>☐  D) pre-movimento</w:t>
      </w:r>
    </w:p>
    <w:p>
      <w:pPr>
        <w:keepNext/>
        <w:spacing w:before="160"/>
      </w:pPr>
      <w:r>
        <w:rPr>
          <w:b/>
          <w:color w:val="B87A00"/>
        </w:rPr>
        <w:t xml:space="preserve">289.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L'aggiornamento antincendio va svolto almeno ogni cinque anni.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290.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Gli estintori a polvere raffreddano molto bene le braci.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291.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Una batteria gonfia può continuare a essere usata se funziona.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292.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In un caso di principio d'incendio spento con successo l'allarme interno è comunque utile.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293.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Il panico vero è frequente negli incendi.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294.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Nelle esercitazioni conviene variare scenari e uscite bloccate.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295.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Ogni ruolo del piano di emergenza dovrebbe avere un titolare e almeno un sostituto.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296.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 lavoratore solo deve avere un mezzo di comunicazione sempre funzionante.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297.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La formazione degli addetti si svolge fuori dall'orario di lavoro a spese del lavoratore.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298.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Dopo un'evacuazione per falso allarme si può rientrare senza aspettare il coordinatore.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299.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Una catena di chiamata dei reperibili va provata periodicamente.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300.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In ufficio un monopattino in carica sotto una scrivania emette fumo.</w:t>
      </w:r>
    </w:p>
    <w:p>
      <w:pPr>
        <w:keepNext/>
        <w:spacing w:after="0"/>
        <w:ind w:left="454"/>
      </w:pPr>
      <w:r>
        <w:t>☐  A) Lo porti in braccio fuori dalla finestra</w:t>
      </w:r>
    </w:p>
    <w:p>
      <w:pPr>
        <w:keepNext/>
        <w:spacing w:after="0"/>
        <w:ind w:left="454"/>
      </w:pPr>
      <w:r>
        <w:t>☐  B) Lo copri con la giacca e torni a lavorare</w:t>
      </w:r>
    </w:p>
    <w:p>
      <w:pPr>
        <w:keepNext w:val="0"/>
        <w:spacing w:after="0"/>
        <w:ind w:left="454"/>
      </w:pPr>
      <w:r>
        <w:t>☐  C) Allontani le persone, dai l'allarme, non lo tocchi e chiami i soccorsi</w:t>
      </w:r>
    </w:p>
    <w:p>
      <w:pPr>
        <w:keepNext/>
        <w:spacing w:before="160"/>
      </w:pPr>
      <w:r>
        <w:rPr>
          <w:b/>
          <w:color w:val="B87A00"/>
        </w:rPr>
        <w:t xml:space="preserve">301.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Hai spento un cestino con la polvere; l'ufficio è pieno di nube e nessuno ha dato l'allarme.</w:t>
      </w:r>
    </w:p>
    <w:p>
      <w:pPr>
        <w:keepNext/>
        <w:spacing w:after="0"/>
        <w:ind w:left="454"/>
      </w:pPr>
      <w:r>
        <w:t>☐  A) Avvisi il coordinatore, aeri, controlli le braci e fai sostituire l'estintore</w:t>
      </w:r>
    </w:p>
    <w:p>
      <w:pPr>
        <w:keepNext/>
        <w:spacing w:after="0"/>
        <w:ind w:left="454"/>
      </w:pPr>
      <w:r>
        <w:t>☐  B) Rimetti l'estintore al suo posto e non dici niente</w:t>
      </w:r>
    </w:p>
    <w:p>
      <w:pPr>
        <w:keepNext w:val="0"/>
        <w:spacing w:after="0"/>
        <w:ind w:left="454"/>
      </w:pPr>
      <w:r>
        <w:t>☐  C) Fai rientrare tutti subito</w:t>
      </w:r>
    </w:p>
    <w:p>
      <w:pPr>
        <w:keepNext/>
        <w:spacing w:before="160"/>
      </w:pPr>
      <w:r>
        <w:rPr>
          <w:b/>
          <w:color w:val="B87A00"/>
        </w:rPr>
        <w:t xml:space="preserve">302.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Al suono dell'allarme i colleghi continuano a lavorare chiedendosi se è una prova.</w:t>
      </w:r>
    </w:p>
    <w:p>
      <w:pPr>
        <w:keepNext/>
        <w:spacing w:after="0"/>
        <w:ind w:left="454"/>
      </w:pPr>
      <w:r>
        <w:t>☐  A) Ti alzi, dici a voce alta di uscire e guidi il gruppo</w:t>
      </w:r>
    </w:p>
    <w:p>
      <w:pPr>
        <w:keepNext/>
        <w:spacing w:after="0"/>
        <w:ind w:left="454"/>
      </w:pPr>
      <w:r>
        <w:t>☐  B) Telefoni alla portineria per sapere</w:t>
      </w:r>
    </w:p>
    <w:p>
      <w:pPr>
        <w:keepNext w:val="0"/>
        <w:spacing w:after="0"/>
        <w:ind w:left="454"/>
      </w:pPr>
      <w:r>
        <w:t>☐  C) Aspetti che qualcuno confermi</w:t>
      </w:r>
    </w:p>
    <w:p>
      <w:pPr>
        <w:keepNext/>
        <w:spacing w:before="160"/>
      </w:pPr>
      <w:r>
        <w:rPr>
          <w:b/>
          <w:color w:val="B87A00"/>
        </w:rPr>
        <w:t xml:space="preserve">303.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Un collega chiede di ricaricare la sua e-bike nel corridoio vicino all'uscita perché la presa è comoda.</w:t>
      </w:r>
    </w:p>
    <w:p>
      <w:pPr>
        <w:keepNext/>
        <w:spacing w:after="0"/>
        <w:ind w:left="454"/>
      </w:pPr>
      <w:r>
        <w:t>☐  A) Gli presti una prolunga</w:t>
      </w:r>
    </w:p>
    <w:p>
      <w:pPr>
        <w:keepNext/>
        <w:spacing w:after="0"/>
        <w:ind w:left="454"/>
      </w:pPr>
      <w:r>
        <w:t>☐  B) Spieghi il rischio e indichi l'area di ricarica prevista</w:t>
      </w:r>
    </w:p>
    <w:p>
      <w:pPr>
        <w:keepNext w:val="0"/>
        <w:spacing w:after="0"/>
        <w:ind w:left="454"/>
      </w:pPr>
      <w:r>
        <w:t>☐  C) Glielo permetti per oggi</w:t>
      </w:r>
    </w:p>
    <w:p>
      <w:pPr>
        <w:keepNext/>
        <w:spacing w:before="160"/>
      </w:pPr>
      <w:r>
        <w:rPr>
          <w:b/>
          <w:color w:val="B87A00"/>
        </w:rPr>
        <w:t xml:space="preserve">304. </w:t>
      </w:r>
      <w:r>
        <w:rPr>
          <w:i/>
          <w:color w:val="777777"/>
          <w:sz w:val="17"/>
        </w:rPr>
        <w:t xml:space="preserve">[Metti in ordine] </w:t>
      </w:r>
      <w:r>
        <w:rPr>
          <w:b/>
        </w:rPr>
        <w:t>Rientro dopo un'evacuazione – metti le fasi nell'ordine corretto</w:t>
      </w:r>
    </w:p>
    <w:p>
      <w:pPr>
        <w:keepNext/>
        <w:spacing w:after="0"/>
        <w:ind w:left="454"/>
      </w:pPr>
      <w:r>
        <w:t>☐  A) Il coordinatore, sentiti i soccorritori, dà il cessato allarme</w:t>
      </w:r>
    </w:p>
    <w:p>
      <w:pPr>
        <w:keepNext/>
        <w:spacing w:after="0"/>
        <w:ind w:left="454"/>
      </w:pPr>
      <w:r>
        <w:t>☐  B) Individuare la causa dell'allarme</w:t>
      </w:r>
    </w:p>
    <w:p>
      <w:pPr>
        <w:keepNext/>
        <w:spacing w:after="0"/>
        <w:ind w:left="454"/>
      </w:pPr>
      <w:r>
        <w:t>☐  C) Verificare aria, impianti e vie d'esodo</w:t>
      </w:r>
    </w:p>
    <w:p>
      <w:pPr>
        <w:keepNext/>
        <w:spacing w:after="0"/>
        <w:ind w:left="454"/>
      </w:pPr>
      <w:r>
        <w:t>☐  D) Annotare e analizzare l'evento</w:t>
      </w:r>
    </w:p>
    <w:p>
      <w:pPr>
        <w:keepNext w:val="0"/>
        <w:spacing w:after="0"/>
        <w:ind w:left="454"/>
      </w:pPr>
      <w:r>
        <w:t>☐  E) Rientro ordinato per aree</w:t>
      </w:r>
    </w:p>
    <w:p>
      <w:pPr>
        <w:ind w:left="454"/>
      </w:pPr>
      <w:r>
        <w:t>Ordine corretto: ____ – ____ – ____ – ____ – ____</w:t>
      </w:r>
    </w:p>
    <w:p>
      <w:pPr>
        <w:pStyle w:val="Heading2"/>
      </w:pPr>
      <w:r>
        <w:t>Blocco AG2 · Rischi nuovi e gestione avanzata (agg. livello 3)</w:t>
      </w:r>
    </w:p>
    <w:p>
      <w:pPr>
        <w:keepNext/>
        <w:spacing w:before="160"/>
      </w:pPr>
      <w:r>
        <w:rPr>
          <w:b/>
          <w:color w:val="B87A00"/>
        </w:rPr>
        <w:t xml:space="preserve">305.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Una modifica che comporta aggravio delle condizioni di sicurezza in un'attività soggetta richiede:</w:t>
      </w:r>
    </w:p>
    <w:p>
      <w:pPr>
        <w:keepNext/>
        <w:spacing w:after="0"/>
        <w:ind w:left="454"/>
      </w:pPr>
      <w:r>
        <w:t>☐  A) Nessuna comunicazione</w:t>
      </w:r>
    </w:p>
    <w:p>
      <w:pPr>
        <w:keepNext/>
        <w:spacing w:after="0"/>
        <w:ind w:left="454"/>
      </w:pPr>
      <w:r>
        <w:t>☐  B) Un nuovo procedimento con eventuale valutazione del progetto e nuova SCIA</w:t>
      </w:r>
    </w:p>
    <w:p>
      <w:pPr>
        <w:keepNext/>
        <w:spacing w:after="0"/>
        <w:ind w:left="454"/>
      </w:pPr>
      <w:r>
        <w:t>☐  C) Solo un cartello</w:t>
      </w:r>
    </w:p>
    <w:p>
      <w:pPr>
        <w:keepNext w:val="0"/>
        <w:spacing w:after="0"/>
        <w:ind w:left="454"/>
      </w:pPr>
      <w:r>
        <w:t>☐  D) Una telefonata ai Vigili del Fuoco</w:t>
      </w:r>
    </w:p>
    <w:p>
      <w:pPr>
        <w:keepNext/>
        <w:spacing w:before="160"/>
      </w:pPr>
      <w:r>
        <w:rPr>
          <w:b/>
          <w:color w:val="B87A00"/>
        </w:rPr>
        <w:t xml:space="preserve">306.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ventilatore domestico portato in una cabina di verniciatura classificata è:</w:t>
      </w:r>
    </w:p>
    <w:p>
      <w:pPr>
        <w:keepNext/>
        <w:spacing w:after="0"/>
        <w:ind w:left="454"/>
      </w:pPr>
      <w:r>
        <w:t>☐  A) Un modo per ridurre il rischio</w:t>
      </w:r>
    </w:p>
    <w:p>
      <w:pPr>
        <w:keepNext/>
        <w:spacing w:after="0"/>
        <w:ind w:left="454"/>
      </w:pPr>
      <w:r>
        <w:t>☐  B) Una possibile sorgente di innesco</w:t>
      </w:r>
    </w:p>
    <w:p>
      <w:pPr>
        <w:keepNext/>
        <w:spacing w:after="0"/>
        <w:ind w:left="454"/>
      </w:pPr>
      <w:r>
        <w:t>☐  C) Consentito d'estate</w:t>
      </w:r>
    </w:p>
    <w:p>
      <w:pPr>
        <w:keepNext w:val="0"/>
        <w:spacing w:after="0"/>
        <w:ind w:left="454"/>
      </w:pPr>
      <w:r>
        <w:t>☐  D) Un DPI</w:t>
      </w:r>
    </w:p>
    <w:p>
      <w:pPr>
        <w:keepNext/>
        <w:spacing w:before="160"/>
      </w:pPr>
      <w:r>
        <w:rPr>
          <w:b/>
          <w:color w:val="B87A00"/>
        </w:rPr>
        <w:t xml:space="preserve">307.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Dentro un filtro a maniche per polveri combustibili la zona è spesso:</w:t>
      </w:r>
    </w:p>
    <w:p>
      <w:pPr>
        <w:keepNext/>
        <w:spacing w:after="0"/>
        <w:ind w:left="454"/>
      </w:pPr>
      <w:r>
        <w:t>☐  A) Zona 20</w:t>
      </w:r>
    </w:p>
    <w:p>
      <w:pPr>
        <w:keepNext/>
        <w:spacing w:after="0"/>
        <w:ind w:left="454"/>
      </w:pPr>
      <w:r>
        <w:t>☐  B) Zona 2</w:t>
      </w:r>
    </w:p>
    <w:p>
      <w:pPr>
        <w:keepNext/>
        <w:spacing w:after="0"/>
        <w:ind w:left="454"/>
      </w:pPr>
      <w:r>
        <w:t>☐  C) Non classificata</w:t>
      </w:r>
    </w:p>
    <w:p>
      <w:pPr>
        <w:keepNext w:val="0"/>
        <w:spacing w:after="0"/>
        <w:ind w:left="454"/>
      </w:pPr>
      <w:r>
        <w:t>☐  D) Zona 0 per gas</w:t>
      </w:r>
    </w:p>
    <w:p>
      <w:pPr>
        <w:keepNext/>
        <w:spacing w:before="160"/>
      </w:pPr>
      <w:r>
        <w:rPr>
          <w:b/>
          <w:color w:val="B87A00"/>
        </w:rPr>
        <w:t xml:space="preserve">308.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 sistemi di accumulo a batterie (BESS) in fiamme:</w:t>
      </w:r>
    </w:p>
    <w:p>
      <w:pPr>
        <w:keepNext/>
        <w:spacing w:after="0"/>
        <w:ind w:left="454"/>
      </w:pPr>
      <w:r>
        <w:t>☐  A) Sono innocui</w:t>
      </w:r>
    </w:p>
    <w:p>
      <w:pPr>
        <w:keepNext/>
        <w:spacing w:after="0"/>
        <w:ind w:left="454"/>
      </w:pPr>
      <w:r>
        <w:t>☐  B) Si possono aprire per controllare</w:t>
      </w:r>
    </w:p>
    <w:p>
      <w:pPr>
        <w:keepNext/>
        <w:spacing w:after="0"/>
        <w:ind w:left="454"/>
      </w:pPr>
      <w:r>
        <w:t>☐  C) Si spengono sempre con un estintore portatile</w:t>
      </w:r>
    </w:p>
    <w:p>
      <w:pPr>
        <w:keepNext w:val="0"/>
        <w:spacing w:after="0"/>
        <w:ind w:left="454"/>
      </w:pPr>
      <w:r>
        <w:t>☐  D) Non vanno avvicinati per rischio di esplosione di gas</w:t>
      </w:r>
    </w:p>
    <w:p>
      <w:pPr>
        <w:keepNext/>
        <w:spacing w:before="160"/>
      </w:pPr>
      <w:r>
        <w:rPr>
          <w:b/>
          <w:color w:val="B87A00"/>
        </w:rPr>
        <w:t xml:space="preserve">309.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fiamma dell'idrogeno alla luce del giorno è:</w:t>
      </w:r>
    </w:p>
    <w:p>
      <w:pPr>
        <w:keepNext/>
        <w:spacing w:after="0"/>
        <w:ind w:left="454"/>
      </w:pPr>
      <w:r>
        <w:t>☐  A) Sempre accompagnata da fumo denso</w:t>
      </w:r>
    </w:p>
    <w:p>
      <w:pPr>
        <w:keepNext/>
        <w:spacing w:after="0"/>
        <w:ind w:left="454"/>
      </w:pPr>
      <w:r>
        <w:t>☐  B) Quasi invisibile</w:t>
      </w:r>
    </w:p>
    <w:p>
      <w:pPr>
        <w:keepNext/>
        <w:spacing w:after="0"/>
        <w:ind w:left="454"/>
      </w:pPr>
      <w:r>
        <w:t>☐  C) Molto luminosa e gialla</w:t>
      </w:r>
    </w:p>
    <w:p>
      <w:pPr>
        <w:keepNext w:val="0"/>
        <w:spacing w:after="0"/>
        <w:ind w:left="454"/>
      </w:pPr>
      <w:r>
        <w:t>☐  D) Nera</w:t>
      </w:r>
    </w:p>
    <w:p>
      <w:pPr>
        <w:keepNext/>
        <w:spacing w:before="160"/>
      </w:pPr>
      <w:r>
        <w:rPr>
          <w:b/>
          <w:color w:val="B87A00"/>
        </w:rPr>
        <w:t xml:space="preserve">310.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In un'autorimessa, in caso di incendio di un veicolo in ricarica:</w:t>
      </w:r>
    </w:p>
    <w:p>
      <w:pPr>
        <w:keepNext/>
        <w:spacing w:after="0"/>
        <w:ind w:left="454"/>
      </w:pPr>
      <w:r>
        <w:t>☐  A) Si usa lo sgancio di emergenza della ricarica senza staccare il connettore</w:t>
      </w:r>
    </w:p>
    <w:p>
      <w:pPr>
        <w:keepNext/>
        <w:spacing w:after="0"/>
        <w:ind w:left="454"/>
      </w:pPr>
      <w:r>
        <w:t>☐  B) Si stacca il connettore a mano</w:t>
      </w:r>
    </w:p>
    <w:p>
      <w:pPr>
        <w:keepNext/>
        <w:spacing w:after="0"/>
        <w:ind w:left="454"/>
      </w:pPr>
      <w:r>
        <w:t>☐  C) Si apre il cofano</w:t>
      </w:r>
    </w:p>
    <w:p>
      <w:pPr>
        <w:keepNext w:val="0"/>
        <w:spacing w:after="0"/>
        <w:ind w:left="454"/>
      </w:pPr>
      <w:r>
        <w:t>☐  D) Si sposta il veicolo</w:t>
      </w:r>
    </w:p>
    <w:p>
      <w:pPr>
        <w:keepNext/>
        <w:spacing w:before="160"/>
      </w:pPr>
      <w:r>
        <w:rPr>
          <w:b/>
          <w:color w:val="B87A00"/>
        </w:rPr>
        <w:t xml:space="preserve">311.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matrice causa-effetto descrive:</w:t>
      </w:r>
    </w:p>
    <w:p>
      <w:pPr>
        <w:keepNext/>
        <w:spacing w:after="0"/>
        <w:ind w:left="454"/>
      </w:pPr>
      <w:r>
        <w:t>☐  A) Le azioni automatiche comandate dalla centrale per ogni zona</w:t>
      </w:r>
    </w:p>
    <w:p>
      <w:pPr>
        <w:keepNext/>
        <w:spacing w:after="0"/>
        <w:ind w:left="454"/>
      </w:pPr>
      <w:r>
        <w:t>☐  B) I turni degli addetti</w:t>
      </w:r>
    </w:p>
    <w:p>
      <w:pPr>
        <w:keepNext/>
        <w:spacing w:after="0"/>
        <w:ind w:left="454"/>
      </w:pPr>
      <w:r>
        <w:t>☐  C) Le cause degli incendi passati</w:t>
      </w:r>
    </w:p>
    <w:p>
      <w:pPr>
        <w:keepNext w:val="0"/>
        <w:spacing w:after="0"/>
        <w:ind w:left="454"/>
      </w:pPr>
      <w:r>
        <w:t>☐  D) Il bilancio dell'azienda</w:t>
      </w:r>
    </w:p>
    <w:p>
      <w:pPr>
        <w:keepNext/>
        <w:spacing w:before="160"/>
      </w:pPr>
      <w:r>
        <w:rPr>
          <w:b/>
          <w:color w:val="B87A00"/>
        </w:rPr>
        <w:t xml:space="preserve">312.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buon messaggio vocale di evacuazione è:</w:t>
      </w:r>
    </w:p>
    <w:p>
      <w:pPr>
        <w:keepNext/>
        <w:spacing w:after="0"/>
        <w:ind w:left="454"/>
      </w:pPr>
      <w:r>
        <w:t>☐  A) Lungo e tecnico</w:t>
      </w:r>
    </w:p>
    <w:p>
      <w:pPr>
        <w:keepNext/>
        <w:spacing w:after="0"/>
        <w:ind w:left="454"/>
      </w:pPr>
      <w:r>
        <w:t>☐  B) Urlato e allarmante</w:t>
      </w:r>
    </w:p>
    <w:p>
      <w:pPr>
        <w:keepNext/>
        <w:spacing w:after="0"/>
        <w:ind w:left="454"/>
      </w:pPr>
      <w:r>
        <w:t>☐  C) Pronunciato una sola volta</w:t>
      </w:r>
    </w:p>
    <w:p>
      <w:pPr>
        <w:keepNext w:val="0"/>
        <w:spacing w:after="0"/>
        <w:ind w:left="454"/>
      </w:pPr>
      <w:r>
        <w:t>☐  D) Breve, ripetuto, calmo e con le azioni da compiere</w:t>
      </w:r>
    </w:p>
    <w:p>
      <w:pPr>
        <w:keepNext/>
        <w:spacing w:before="160"/>
      </w:pPr>
      <w:r>
        <w:rPr>
          <w:b/>
          <w:color w:val="B87A00"/>
        </w:rPr>
        <w:t xml:space="preserve">313.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soluzione stabile per porte tagliafuoco bloccate per il passaggio carrelli è:</w:t>
      </w:r>
    </w:p>
    <w:p>
      <w:pPr>
        <w:keepNext/>
        <w:spacing w:after="0"/>
        <w:ind w:left="454"/>
      </w:pPr>
      <w:r>
        <w:t>☐  A) Togliere il chiudiporta</w:t>
      </w:r>
    </w:p>
    <w:p>
      <w:pPr>
        <w:keepNext/>
        <w:spacing w:after="0"/>
        <w:ind w:left="454"/>
      </w:pPr>
      <w:r>
        <w:t>☐  B) Mettere un cartello più grande</w:t>
      </w:r>
    </w:p>
    <w:p>
      <w:pPr>
        <w:keepNext/>
        <w:spacing w:after="0"/>
        <w:ind w:left="454"/>
      </w:pPr>
      <w:r>
        <w:t>☐  C) Rimuovere la porta</w:t>
      </w:r>
    </w:p>
    <w:p>
      <w:pPr>
        <w:keepNext w:val="0"/>
        <w:spacing w:after="0"/>
        <w:ind w:left="454"/>
      </w:pPr>
      <w:r>
        <w:t>☐  D) Installare fermi elettromagnetici collegati alla rivelazione</w:t>
      </w:r>
    </w:p>
    <w:p>
      <w:pPr>
        <w:keepNext/>
        <w:spacing w:before="160"/>
      </w:pPr>
      <w:r>
        <w:rPr>
          <w:b/>
          <w:color w:val="B87A00"/>
        </w:rPr>
        <w:t xml:space="preserve">314.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audit antincendio interno è più efficace se svolto da:</w:t>
      </w:r>
    </w:p>
    <w:p>
      <w:pPr>
        <w:keepNext/>
        <w:spacing w:after="0"/>
        <w:ind w:left="454"/>
      </w:pPr>
      <w:r>
        <w:t>☐  A) Solo dal responsabile dell'area</w:t>
      </w:r>
    </w:p>
    <w:p>
      <w:pPr>
        <w:keepNext/>
        <w:spacing w:after="0"/>
        <w:ind w:left="454"/>
      </w:pPr>
      <w:r>
        <w:t>☐  B) Persone competenti non responsabili dell'area verificata</w:t>
      </w:r>
    </w:p>
    <w:p>
      <w:pPr>
        <w:keepNext/>
        <w:spacing w:after="0"/>
        <w:ind w:left="454"/>
      </w:pPr>
      <w:r>
        <w:t>☐  C) Nessuno: basta il registro</w:t>
      </w:r>
    </w:p>
    <w:p>
      <w:pPr>
        <w:keepNext w:val="0"/>
        <w:spacing w:after="0"/>
        <w:ind w:left="454"/>
      </w:pPr>
      <w:r>
        <w:t>☐  D) Il fornitore degli impianti</w:t>
      </w:r>
    </w:p>
    <w:p>
      <w:pPr>
        <w:keepNext/>
        <w:spacing w:before="160"/>
      </w:pPr>
      <w:r>
        <w:rPr>
          <w:b/>
          <w:color w:val="B87A00"/>
        </w:rPr>
        <w:t xml:space="preserve">315.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Sotto stress acuto il coordinatore tende a:</w:t>
      </w:r>
    </w:p>
    <w:p>
      <w:pPr>
        <w:keepNext/>
        <w:spacing w:after="0"/>
        <w:ind w:left="454"/>
      </w:pPr>
      <w:r>
        <w:t>☐  A) Ricordare tutto meglio</w:t>
      </w:r>
    </w:p>
    <w:p>
      <w:pPr>
        <w:keepNext/>
        <w:spacing w:after="0"/>
        <w:ind w:left="454"/>
      </w:pPr>
      <w:r>
        <w:t>☐  B) Prendere decisioni più complesse</w:t>
      </w:r>
    </w:p>
    <w:p>
      <w:pPr>
        <w:keepNext/>
        <w:spacing w:after="0"/>
        <w:ind w:left="454"/>
      </w:pPr>
      <w:r>
        <w:t>☐  C) Parlare più lentamente</w:t>
      </w:r>
    </w:p>
    <w:p>
      <w:pPr>
        <w:keepNext w:val="0"/>
        <w:spacing w:after="0"/>
        <w:ind w:left="454"/>
      </w:pPr>
      <w:r>
        <w:t>☐  D) Concentrarsi su un solo problema perdendo il quadro</w:t>
      </w:r>
    </w:p>
    <w:p>
      <w:pPr>
        <w:keepNext/>
        <w:spacing w:before="160"/>
      </w:pPr>
      <w:r>
        <w:rPr>
          <w:b/>
          <w:color w:val="B87A00"/>
        </w:rPr>
        <w:t xml:space="preserve">316.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In emergenza, se si è in dubbio se evacuare:</w:t>
      </w:r>
    </w:p>
    <w:p>
      <w:pPr>
        <w:keepNext/>
        <w:spacing w:after="0"/>
        <w:ind w:left="454"/>
      </w:pPr>
      <w:r>
        <w:t>☐  A) Si chiede a tutti un parere</w:t>
      </w:r>
    </w:p>
    <w:p>
      <w:pPr>
        <w:keepNext/>
        <w:spacing w:after="0"/>
        <w:ind w:left="454"/>
      </w:pPr>
      <w:r>
        <w:t>☐  B) Si aspetta di avere certezze</w:t>
      </w:r>
    </w:p>
    <w:p>
      <w:pPr>
        <w:keepNext/>
        <w:spacing w:after="0"/>
        <w:ind w:left="454"/>
      </w:pPr>
      <w:r>
        <w:t>☐  C) Si chiude l'edificio</w:t>
      </w:r>
    </w:p>
    <w:p>
      <w:pPr>
        <w:keepNext w:val="0"/>
        <w:spacing w:after="0"/>
        <w:ind w:left="454"/>
      </w:pPr>
      <w:r>
        <w:t>☐  D) Si evacua</w:t>
      </w:r>
    </w:p>
    <w:p>
      <w:pPr>
        <w:keepNext/>
        <w:spacing w:before="160"/>
      </w:pPr>
      <w:r>
        <w:rPr>
          <w:b/>
          <w:color w:val="B87A00"/>
        </w:rPr>
        <w:t xml:space="preserve">317.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Durante un black-out la motopompa diesel:</w:t>
      </w:r>
    </w:p>
    <w:p>
      <w:pPr>
        <w:keepNext/>
        <w:spacing w:after="0"/>
        <w:ind w:left="454"/>
      </w:pPr>
      <w:r>
        <w:t>☐  A) Garantisce l'alimentazione della rete antincendio se mantenuta</w:t>
      </w:r>
    </w:p>
    <w:p>
      <w:pPr>
        <w:keepNext/>
        <w:spacing w:after="0"/>
        <w:ind w:left="454"/>
      </w:pPr>
      <w:r>
        <w:t>☐  B) Si ferma come le altre pompe</w:t>
      </w:r>
    </w:p>
    <w:p>
      <w:pPr>
        <w:keepNext/>
        <w:spacing w:after="0"/>
        <w:ind w:left="454"/>
      </w:pPr>
      <w:r>
        <w:t>☐  C) Non esiste negli impianti</w:t>
      </w:r>
    </w:p>
    <w:p>
      <w:pPr>
        <w:keepNext w:val="0"/>
        <w:spacing w:after="0"/>
        <w:ind w:left="454"/>
      </w:pPr>
      <w:r>
        <w:t>☐  D) Va spenta per sicurezza</w:t>
      </w:r>
    </w:p>
    <w:p>
      <w:pPr>
        <w:keepNext/>
        <w:spacing w:before="160"/>
      </w:pPr>
      <w:r>
        <w:rPr>
          <w:b/>
          <w:color w:val="B87A00"/>
        </w:rPr>
        <w:t xml:space="preserve">318.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comunicazioni con giornalisti e media durante un'emergenza sono gestite da:</w:t>
      </w:r>
    </w:p>
    <w:p>
      <w:pPr>
        <w:keepNext/>
        <w:spacing w:after="0"/>
        <w:ind w:left="454"/>
      </w:pPr>
      <w:r>
        <w:t>☐  A) Chiunque sia presente</w:t>
      </w:r>
    </w:p>
    <w:p>
      <w:pPr>
        <w:keepNext/>
        <w:spacing w:after="0"/>
        <w:ind w:left="454"/>
      </w:pPr>
      <w:r>
        <w:t>☐  B) Nessuno</w:t>
      </w:r>
    </w:p>
    <w:p>
      <w:pPr>
        <w:keepNext/>
        <w:spacing w:after="0"/>
        <w:ind w:left="454"/>
      </w:pPr>
      <w:r>
        <w:t>☐  C) Un referente incaricato dalla direzione</w:t>
      </w:r>
    </w:p>
    <w:p>
      <w:pPr>
        <w:keepNext w:val="0"/>
        <w:spacing w:after="0"/>
        <w:ind w:left="454"/>
      </w:pPr>
      <w:r>
        <w:t>☐  D) Gli addetti impegnati nelle operazioni</w:t>
      </w:r>
    </w:p>
    <w:p>
      <w:pPr>
        <w:keepNext/>
        <w:spacing w:before="160"/>
      </w:pPr>
      <w:r>
        <w:rPr>
          <w:b/>
          <w:color w:val="B87A00"/>
        </w:rPr>
        <w:t xml:space="preserve">319.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 piano individuale di evacuazione si prepara:</w:t>
      </w:r>
    </w:p>
    <w:p>
      <w:pPr>
        <w:keepNext/>
        <w:spacing w:after="0"/>
        <w:ind w:left="454"/>
      </w:pPr>
      <w:r>
        <w:t>☐  A) Senza coinvolgerla</w:t>
      </w:r>
    </w:p>
    <w:p>
      <w:pPr>
        <w:keepNext/>
        <w:spacing w:after="0"/>
        <w:ind w:left="454"/>
      </w:pPr>
      <w:r>
        <w:t>☐  B) Solo dopo un incendio</w:t>
      </w:r>
    </w:p>
    <w:p>
      <w:pPr>
        <w:keepNext/>
        <w:spacing w:after="0"/>
        <w:ind w:left="454"/>
      </w:pPr>
      <w:r>
        <w:t>☐  C) Dal medico competente da solo</w:t>
      </w:r>
    </w:p>
    <w:p>
      <w:pPr>
        <w:keepNext w:val="0"/>
        <w:spacing w:after="0"/>
        <w:ind w:left="454"/>
      </w:pPr>
      <w:r>
        <w:t>☐  D) Insieme alla persona con esigenze speciali</w:t>
      </w:r>
    </w:p>
    <w:p>
      <w:pPr>
        <w:keepNext/>
        <w:spacing w:before="160"/>
      </w:pPr>
      <w:r>
        <w:rPr>
          <w:b/>
          <w:color w:val="B87A00"/>
        </w:rPr>
        <w:t xml:space="preserve">320.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L'esercitazione a tavolino è:</w:t>
      </w:r>
    </w:p>
    <w:p>
      <w:pPr>
        <w:keepNext/>
        <w:spacing w:after="0"/>
        <w:ind w:left="454"/>
      </w:pPr>
      <w:r>
        <w:t>☐  A) Una riunione amministrativa</w:t>
      </w:r>
    </w:p>
    <w:p>
      <w:pPr>
        <w:keepNext/>
        <w:spacing w:after="0"/>
        <w:ind w:left="454"/>
      </w:pPr>
      <w:r>
        <w:t>☐  B) Un corso e-learning</w:t>
      </w:r>
    </w:p>
    <w:p>
      <w:pPr>
        <w:keepNext/>
        <w:spacing w:after="0"/>
        <w:ind w:left="454"/>
      </w:pPr>
      <w:r>
        <w:t>☐  C) Una simulazione discussa del gruppo di gestione su uno scenario</w:t>
      </w:r>
    </w:p>
    <w:p>
      <w:pPr>
        <w:keepNext w:val="0"/>
        <w:spacing w:after="0"/>
        <w:ind w:left="454"/>
      </w:pPr>
      <w:r>
        <w:t>☐  D) Una prova con fuoco reale</w:t>
      </w:r>
    </w:p>
    <w:p>
      <w:pPr>
        <w:keepNext/>
        <w:spacing w:before="160"/>
      </w:pPr>
      <w:r>
        <w:rPr>
          <w:b/>
          <w:color w:val="B87A00"/>
        </w:rPr>
        <w:t xml:space="preserve">321.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attività soggette che apportano modifiche senza aggravio devono comunque:</w:t>
      </w:r>
    </w:p>
    <w:p>
      <w:pPr>
        <w:keepNext/>
        <w:spacing w:after="0"/>
        <w:ind w:left="454"/>
      </w:pPr>
      <w:r>
        <w:t>☐  A) Rifare tutti i corsi</w:t>
      </w:r>
    </w:p>
    <w:p>
      <w:pPr>
        <w:keepNext/>
        <w:spacing w:after="0"/>
        <w:ind w:left="454"/>
      </w:pPr>
      <w:r>
        <w:t>☐  B) Documentarle e presentarle al rinnovo periodico</w:t>
      </w:r>
    </w:p>
    <w:p>
      <w:pPr>
        <w:keepNext/>
        <w:spacing w:after="0"/>
        <w:ind w:left="454"/>
      </w:pPr>
      <w:r>
        <w:t>☐  C) Ignorarle</w:t>
      </w:r>
    </w:p>
    <w:p>
      <w:pPr>
        <w:keepNext w:val="0"/>
        <w:spacing w:after="0"/>
        <w:ind w:left="454"/>
      </w:pPr>
      <w:r>
        <w:t>☐  D) Chiudere l'attività</w:t>
      </w:r>
    </w:p>
    <w:p>
      <w:pPr>
        <w:keepNext/>
        <w:spacing w:before="160"/>
      </w:pPr>
      <w:r>
        <w:rPr>
          <w:b/>
          <w:color w:val="B87A00"/>
        </w:rPr>
        <w:t xml:space="preserve">322.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Le condotte di aspirazione delle polveri vanno:</w:t>
      </w:r>
    </w:p>
    <w:p>
      <w:pPr>
        <w:keepNext/>
        <w:spacing w:after="0"/>
        <w:ind w:left="454"/>
      </w:pPr>
      <w:r>
        <w:t>☐  A) Aperte con l'aria compressa</w:t>
      </w:r>
    </w:p>
    <w:p>
      <w:pPr>
        <w:keepNext/>
        <w:spacing w:after="0"/>
        <w:ind w:left="454"/>
      </w:pPr>
      <w:r>
        <w:t>☐  B) Lasciate piene</w:t>
      </w:r>
    </w:p>
    <w:p>
      <w:pPr>
        <w:keepNext/>
        <w:spacing w:after="0"/>
        <w:ind w:left="454"/>
      </w:pPr>
      <w:r>
        <w:t>☐  C) Pulite periodicamente per evitare accumuli interni</w:t>
      </w:r>
    </w:p>
    <w:p>
      <w:pPr>
        <w:keepNext w:val="0"/>
        <w:spacing w:after="0"/>
        <w:ind w:left="454"/>
      </w:pPr>
      <w:r>
        <w:t>☐  D) Chiuse con nastro</w:t>
      </w:r>
    </w:p>
    <w:p>
      <w:pPr>
        <w:keepNext/>
        <w:spacing w:before="160"/>
      </w:pPr>
      <w:r>
        <w:rPr>
          <w:b/>
          <w:color w:val="B87A00"/>
        </w:rPr>
        <w:t xml:space="preserve">323.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fotovoltaico su copertura con guaina bituminosa richiede:</w:t>
      </w:r>
    </w:p>
    <w:p>
      <w:pPr>
        <w:keepNext/>
        <w:spacing w:after="0"/>
        <w:ind w:left="454"/>
      </w:pPr>
      <w:r>
        <w:t>☐  A) Valutazione specifica e strati di separazione incombustibili</w:t>
      </w:r>
    </w:p>
    <w:p>
      <w:pPr>
        <w:keepNext/>
        <w:spacing w:after="0"/>
        <w:ind w:left="454"/>
      </w:pPr>
      <w:r>
        <w:t>☐  B) Più pannelli</w:t>
      </w:r>
    </w:p>
    <w:p>
      <w:pPr>
        <w:keepNext/>
        <w:spacing w:after="0"/>
        <w:ind w:left="454"/>
      </w:pPr>
      <w:r>
        <w:t>☐  C) Nessuna attenzione</w:t>
      </w:r>
    </w:p>
    <w:p>
      <w:pPr>
        <w:keepNext w:val="0"/>
        <w:spacing w:after="0"/>
        <w:ind w:left="454"/>
      </w:pPr>
      <w:r>
        <w:t>☐  D) Rimozione degli estintori</w:t>
      </w:r>
    </w:p>
    <w:p>
      <w:pPr>
        <w:keepNext/>
        <w:spacing w:before="160"/>
      </w:pPr>
      <w:r>
        <w:rPr>
          <w:b/>
          <w:color w:val="B87A00"/>
        </w:rPr>
        <w:t xml:space="preserve">324.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Un'anomalia frequente degli sprinkler nei magazzini è:</w:t>
      </w:r>
    </w:p>
    <w:p>
      <w:pPr>
        <w:keepNext/>
        <w:spacing w:after="0"/>
        <w:ind w:left="454"/>
      </w:pPr>
      <w:r>
        <w:t>☐  A) Valvole sempre aperte</w:t>
      </w:r>
    </w:p>
    <w:p>
      <w:pPr>
        <w:keepNext/>
        <w:spacing w:after="0"/>
        <w:ind w:left="454"/>
      </w:pPr>
      <w:r>
        <w:t>☐  B) Merci impilate oltre l'altezza di progetto</w:t>
      </w:r>
    </w:p>
    <w:p>
      <w:pPr>
        <w:keepNext/>
        <w:spacing w:after="0"/>
        <w:ind w:left="454"/>
      </w:pPr>
      <w:r>
        <w:t>☐  C) Troppa acqua nella riserva</w:t>
      </w:r>
    </w:p>
    <w:p>
      <w:pPr>
        <w:keepNext w:val="0"/>
        <w:spacing w:after="0"/>
        <w:ind w:left="454"/>
      </w:pPr>
      <w:r>
        <w:t>☐  D) Testine troppo pulite</w:t>
      </w:r>
    </w:p>
    <w:p>
      <w:pPr>
        <w:keepNext/>
        <w:spacing w:before="160"/>
      </w:pPr>
      <w:r>
        <w:rPr>
          <w:b/>
          <w:color w:val="B87A00"/>
        </w:rPr>
        <w:t xml:space="preserve">325.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La matrice causa-effetto va verificata:</w:t>
      </w:r>
    </w:p>
    <w:p>
      <w:pPr>
        <w:keepNext/>
        <w:spacing w:after="0"/>
        <w:ind w:left="454"/>
      </w:pPr>
      <w:r>
        <w:t>☐  A) Con prove reali, osservando che porte e ventilatori reagiscano davvero</w:t>
      </w:r>
    </w:p>
    <w:p>
      <w:pPr>
        <w:keepNext/>
        <w:spacing w:after="0"/>
        <w:ind w:left="454"/>
      </w:pPr>
      <w:r>
        <w:t>☐  B) Mai</w:t>
      </w:r>
    </w:p>
    <w:p>
      <w:pPr>
        <w:keepNext/>
        <w:spacing w:after="0"/>
        <w:ind w:left="454"/>
      </w:pPr>
      <w:r>
        <w:t>☐  C) Solo sulla carta</w:t>
      </w:r>
    </w:p>
    <w:p>
      <w:pPr>
        <w:keepNext w:val="0"/>
        <w:spacing w:after="0"/>
        <w:ind w:left="454"/>
      </w:pPr>
      <w:r>
        <w:t>☐  D) Una volta ogni 50 anni</w:t>
      </w:r>
    </w:p>
    <w:p>
      <w:pPr>
        <w:keepNext/>
        <w:spacing w:before="160"/>
      </w:pPr>
      <w:r>
        <w:rPr>
          <w:b/>
          <w:color w:val="B87A00"/>
        </w:rPr>
        <w:t xml:space="preserve">326.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Un'ispezione delle compartimentazioni dovrebbe controllare anche:</w:t>
      </w:r>
    </w:p>
    <w:p>
      <w:pPr>
        <w:keepNext/>
        <w:spacing w:after="0"/>
        <w:ind w:left="454"/>
      </w:pPr>
      <w:r>
        <w:t>☐  A) Solo i parcheggi</w:t>
      </w:r>
    </w:p>
    <w:p>
      <w:pPr>
        <w:keepNext/>
        <w:spacing w:after="0"/>
        <w:ind w:left="454"/>
      </w:pPr>
      <w:r>
        <w:t>☐  B) Sopra i controsoffitti, cavedi e locali tecnici</w:t>
      </w:r>
    </w:p>
    <w:p>
      <w:pPr>
        <w:keepNext/>
        <w:spacing w:after="0"/>
        <w:ind w:left="454"/>
      </w:pPr>
      <w:r>
        <w:t>☐  C) Solo i bagni</w:t>
      </w:r>
    </w:p>
    <w:p>
      <w:pPr>
        <w:keepNext w:val="0"/>
        <w:spacing w:after="0"/>
        <w:ind w:left="454"/>
      </w:pPr>
      <w:r>
        <w:t>☐  D) Solo le porte d'ingresso</w:t>
      </w:r>
    </w:p>
    <w:p>
      <w:pPr>
        <w:keepNext/>
        <w:spacing w:before="160"/>
      </w:pPr>
      <w:r>
        <w:rPr>
          <w:b/>
          <w:color w:val="B87A00"/>
        </w:rPr>
        <w:t xml:space="preserve">327.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Il principio di prudenza in emergenza dice che nel dubbio:</w:t>
      </w:r>
    </w:p>
    <w:p>
      <w:pPr>
        <w:keepNext/>
        <w:spacing w:after="0"/>
        <w:ind w:left="454"/>
      </w:pPr>
      <w:r>
        <w:t>☐  A) Si spegne la centrale</w:t>
      </w:r>
    </w:p>
    <w:p>
      <w:pPr>
        <w:keepNext/>
        <w:spacing w:after="0"/>
        <w:ind w:left="454"/>
      </w:pPr>
      <w:r>
        <w:t>☐  B) Si chiede ai colleghi</w:t>
      </w:r>
    </w:p>
    <w:p>
      <w:pPr>
        <w:keepNext/>
        <w:spacing w:after="0"/>
        <w:ind w:left="454"/>
      </w:pPr>
      <w:r>
        <w:t>☐  C) Si chiamano i soccorsi</w:t>
      </w:r>
    </w:p>
    <w:p>
      <w:pPr>
        <w:keepNext w:val="0"/>
        <w:spacing w:after="0"/>
        <w:ind w:left="454"/>
      </w:pPr>
      <w:r>
        <w:t>☐  D) Si aspetta</w:t>
      </w:r>
    </w:p>
    <w:p>
      <w:pPr>
        <w:keepNext/>
        <w:spacing w:before="160"/>
      </w:pPr>
      <w:r>
        <w:rPr>
          <w:b/>
          <w:color w:val="B87A00"/>
        </w:rPr>
        <w:t xml:space="preserve">328. </w:t>
      </w:r>
      <w:r>
        <w:rPr>
          <w:i/>
          <w:color w:val="777777"/>
          <w:sz w:val="17"/>
        </w:rPr>
        <w:t xml:space="preserve">[Scelta multipla] </w:t>
      </w:r>
      <w:r>
        <w:rPr>
          <w:b/>
        </w:rPr>
        <w:t>Dopo un incendio, i residui contaminati vanno:</w:t>
      </w:r>
    </w:p>
    <w:p>
      <w:pPr>
        <w:keepNext/>
        <w:spacing w:after="0"/>
        <w:ind w:left="454"/>
      </w:pPr>
      <w:r>
        <w:t>☐  A) Lavati in fognatura</w:t>
      </w:r>
    </w:p>
    <w:p>
      <w:pPr>
        <w:keepNext/>
        <w:spacing w:after="0"/>
        <w:ind w:left="454"/>
      </w:pPr>
      <w:r>
        <w:t>☐  B) Caratterizzati e smaltiti da ditte autorizzate</w:t>
      </w:r>
    </w:p>
    <w:p>
      <w:pPr>
        <w:keepNext/>
        <w:spacing w:after="0"/>
        <w:ind w:left="454"/>
      </w:pPr>
      <w:r>
        <w:t>☐  C) Bruciati di nuovo</w:t>
      </w:r>
    </w:p>
    <w:p>
      <w:pPr>
        <w:keepNext w:val="0"/>
        <w:spacing w:after="0"/>
        <w:ind w:left="454"/>
      </w:pPr>
      <w:r>
        <w:t>☐  D) Buttati nei rifiuti urbani</w:t>
      </w:r>
    </w:p>
    <w:p>
      <w:pPr>
        <w:keepNext/>
        <w:spacing w:before="160"/>
      </w:pPr>
      <w:r>
        <w:rPr>
          <w:b/>
          <w:color w:val="B87A00"/>
        </w:rPr>
        <w:t xml:space="preserve">329.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La sigla dei sistemi di accumulo a batterie è ___.</w:t>
      </w:r>
    </w:p>
    <w:p>
      <w:pPr>
        <w:keepNext/>
        <w:spacing w:after="0"/>
        <w:ind w:left="454"/>
      </w:pPr>
      <w:r>
        <w:t>☐  A) IRAI</w:t>
      </w:r>
    </w:p>
    <w:p>
      <w:pPr>
        <w:keepNext/>
        <w:spacing w:after="0"/>
        <w:ind w:left="454"/>
      </w:pPr>
      <w:r>
        <w:t>☐  B) SEFC</w:t>
      </w:r>
    </w:p>
    <w:p>
      <w:pPr>
        <w:keepNext/>
        <w:spacing w:after="0"/>
        <w:ind w:left="454"/>
      </w:pPr>
      <w:r>
        <w:t>☐  C) EVAC</w:t>
      </w:r>
    </w:p>
    <w:p>
      <w:pPr>
        <w:keepNext w:val="0"/>
        <w:spacing w:after="0"/>
        <w:ind w:left="454"/>
      </w:pPr>
      <w:r>
        <w:t>☐  D) BESS</w:t>
      </w:r>
    </w:p>
    <w:p>
      <w:pPr>
        <w:keepNext/>
        <w:spacing w:before="160"/>
      </w:pPr>
      <w:r>
        <w:rPr>
          <w:b/>
          <w:color w:val="B87A00"/>
        </w:rPr>
        <w:t xml:space="preserve">330.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rinnovo periodico di conformità si presenta in genere ogni ___ anni.</w:t>
      </w:r>
    </w:p>
    <w:p>
      <w:pPr>
        <w:keepNext/>
        <w:spacing w:after="0"/>
        <w:ind w:left="454"/>
      </w:pPr>
      <w:r>
        <w:t>☐  A) 1</w:t>
      </w:r>
    </w:p>
    <w:p>
      <w:pPr>
        <w:keepNext/>
        <w:spacing w:after="0"/>
        <w:ind w:left="454"/>
      </w:pPr>
      <w:r>
        <w:t>☐  B) 3</w:t>
      </w:r>
    </w:p>
    <w:p>
      <w:pPr>
        <w:keepNext/>
        <w:spacing w:after="0"/>
        <w:ind w:left="454"/>
      </w:pPr>
      <w:r>
        <w:t>☐  C) 15</w:t>
      </w:r>
    </w:p>
    <w:p>
      <w:pPr>
        <w:keepNext w:val="0"/>
        <w:spacing w:after="0"/>
        <w:ind w:left="454"/>
      </w:pPr>
      <w:r>
        <w:t>☐  D) 5</w:t>
      </w:r>
    </w:p>
    <w:p>
      <w:pPr>
        <w:keepNext/>
        <w:spacing w:before="160"/>
      </w:pPr>
      <w:r>
        <w:rPr>
          <w:b/>
          <w:color w:val="B87A00"/>
        </w:rPr>
        <w:t xml:space="preserve">331.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Il dispositivo che allarma se un lavoratore resta immobile si chiama uomo a ___.</w:t>
      </w:r>
    </w:p>
    <w:p>
      <w:pPr>
        <w:keepNext/>
        <w:spacing w:after="0"/>
        <w:ind w:left="454"/>
      </w:pPr>
      <w:r>
        <w:t>☐  A) capo</w:t>
      </w:r>
    </w:p>
    <w:p>
      <w:pPr>
        <w:keepNext/>
        <w:spacing w:after="0"/>
        <w:ind w:left="454"/>
      </w:pPr>
      <w:r>
        <w:t>☐  B) bordo</w:t>
      </w:r>
    </w:p>
    <w:p>
      <w:pPr>
        <w:keepNext/>
        <w:spacing w:after="0"/>
        <w:ind w:left="454"/>
      </w:pPr>
      <w:r>
        <w:t>☐  C) terra</w:t>
      </w:r>
    </w:p>
    <w:p>
      <w:pPr>
        <w:keepNext w:val="0"/>
        <w:spacing w:after="0"/>
        <w:ind w:left="454"/>
      </w:pPr>
      <w:r>
        <w:t>☐  D) turno</w:t>
      </w:r>
    </w:p>
    <w:p>
      <w:pPr>
        <w:keepNext/>
        <w:spacing w:before="160"/>
      </w:pPr>
      <w:r>
        <w:rPr>
          <w:b/>
          <w:color w:val="B87A00"/>
        </w:rPr>
        <w:t xml:space="preserve">332. </w:t>
      </w:r>
      <w:r>
        <w:rPr>
          <w:i/>
          <w:color w:val="777777"/>
          <w:sz w:val="17"/>
        </w:rPr>
        <w:t xml:space="preserve">[Completa la frase] </w:t>
      </w:r>
      <w:r>
        <w:rPr>
          <w:b/>
        </w:rPr>
        <w:t>Lo spazio di attesa protetto per chi non può proseguire l'esodo si chiama spazio ___.</w:t>
      </w:r>
    </w:p>
    <w:p>
      <w:pPr>
        <w:keepNext/>
        <w:spacing w:after="0"/>
        <w:ind w:left="454"/>
      </w:pPr>
      <w:r>
        <w:t>☐  A) calmo</w:t>
      </w:r>
    </w:p>
    <w:p>
      <w:pPr>
        <w:keepNext/>
        <w:spacing w:after="0"/>
        <w:ind w:left="454"/>
      </w:pPr>
      <w:r>
        <w:t>☐  B) verde</w:t>
      </w:r>
    </w:p>
    <w:p>
      <w:pPr>
        <w:keepNext/>
        <w:spacing w:after="0"/>
        <w:ind w:left="454"/>
      </w:pPr>
      <w:r>
        <w:t>☐  C) libero</w:t>
      </w:r>
    </w:p>
    <w:p>
      <w:pPr>
        <w:keepNext w:val="0"/>
        <w:spacing w:after="0"/>
        <w:ind w:left="454"/>
      </w:pPr>
      <w:r>
        <w:t>☐  D) chiuso</w:t>
      </w:r>
    </w:p>
    <w:p>
      <w:pPr>
        <w:keepNext/>
        <w:spacing w:before="160"/>
      </w:pPr>
      <w:r>
        <w:rPr>
          <w:b/>
          <w:color w:val="B87A00"/>
        </w:rPr>
        <w:t xml:space="preserve">333.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La valutazione del rischio va rivista dopo un quasi incidente significativo.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334.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Gli impianti fotovoltaici installati molti anni fa non richiedono manutenzione.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335.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Una perdita di idrogeno in un locale chiuso si accumula sotto il soffitto.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336.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Le valvole degli sprinkler possono restare chiuse dopo la manutenzione se si annota nel registro.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337.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Le cortine tagliafuoco mobili non devono trovare ostacoli sotto di sé.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338.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 cantieri interni riducono il rischio di incendio perché lo stabilimento è in parte fermo.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339.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Una diminuzione dei quasi incidenti segnalati è sempre una buona notizia.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340.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I residui dell'incendio non vanno spostati prima degli accertamenti delle autorità.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341.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Nelle esercitazioni a sorpresa vanno comunque avvisati i servizi esterni collegati.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342.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Gli addestramenti brevi e frequenti della squadra mantengono le abilità meglio di corsi rari.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343. </w:t>
      </w:r>
      <w:r>
        <w:rPr>
          <w:i/>
          <w:color w:val="777777"/>
          <w:sz w:val="17"/>
        </w:rPr>
        <w:t xml:space="preserve">[Vero o falso] </w:t>
      </w:r>
      <w:r>
        <w:rPr>
          <w:b/>
        </w:rPr>
        <w:t>Durante l'emergenza gli addetti possono pubblicare foto e video sui social.</w:t>
      </w:r>
    </w:p>
    <w:p>
      <w:pPr>
        <w:keepNext/>
        <w:spacing w:after="0"/>
        <w:ind w:left="454"/>
      </w:pPr>
      <w:r>
        <w:t>☐  Vero</w:t>
      </w:r>
    </w:p>
    <w:p>
      <w:pPr>
        <w:keepNext w:val="0"/>
        <w:spacing w:after="0"/>
        <w:ind w:left="454"/>
      </w:pPr>
      <w:r>
        <w:t>☐  Falso</w:t>
      </w:r>
    </w:p>
    <w:p>
      <w:pPr>
        <w:keepNext/>
        <w:spacing w:before="160"/>
      </w:pPr>
      <w:r>
        <w:rPr>
          <w:b/>
          <w:color w:val="B87A00"/>
        </w:rPr>
        <w:t xml:space="preserve">344.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Per un evento aziendale si vuole ospitare in mensa il doppio delle persone previste.</w:t>
      </w:r>
    </w:p>
    <w:p>
      <w:pPr>
        <w:keepNext/>
        <w:spacing w:after="0"/>
        <w:ind w:left="454"/>
      </w:pPr>
      <w:r>
        <w:t>☐  A) Chiedi una valutazione dell'affollamento e delle uscite prima dell'evento</w:t>
      </w:r>
    </w:p>
    <w:p>
      <w:pPr>
        <w:keepNext/>
        <w:spacing w:after="0"/>
        <w:ind w:left="454"/>
      </w:pPr>
      <w:r>
        <w:t>☐  B) Si chiudono le uscite laterali per controllare gli ingressi</w:t>
      </w:r>
    </w:p>
    <w:p>
      <w:pPr>
        <w:keepNext w:val="0"/>
        <w:spacing w:after="0"/>
        <w:ind w:left="454"/>
      </w:pPr>
      <w:r>
        <w:t>☐  C) Si aggiungono sedie e basta</w:t>
      </w:r>
    </w:p>
    <w:p>
      <w:pPr>
        <w:keepNext/>
        <w:spacing w:before="160"/>
      </w:pPr>
      <w:r>
        <w:rPr>
          <w:b/>
          <w:color w:val="B87A00"/>
        </w:rPr>
        <w:t xml:space="preserve">345.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Durante un incendio arriva un black-out e la ventilazione del reparto chimico si ferma.</w:t>
      </w:r>
    </w:p>
    <w:p>
      <w:pPr>
        <w:keepNext/>
        <w:spacing w:after="0"/>
        <w:ind w:left="454"/>
      </w:pPr>
      <w:r>
        <w:t>☐  A) Segui la procedura: metti in sicurezza i processi e controlli i locali a rischio di accumulo</w:t>
      </w:r>
    </w:p>
    <w:p>
      <w:pPr>
        <w:keepNext/>
        <w:spacing w:after="0"/>
        <w:ind w:left="454"/>
      </w:pPr>
      <w:r>
        <w:t>☐  B) Ignori la ventilazione</w:t>
      </w:r>
    </w:p>
    <w:p>
      <w:pPr>
        <w:keepNext w:val="0"/>
        <w:spacing w:after="0"/>
        <w:ind w:left="454"/>
      </w:pPr>
      <w:r>
        <w:t>☐  C) Riaccendi tutto a mano appena torna la luce</w:t>
      </w:r>
    </w:p>
    <w:p>
      <w:pPr>
        <w:keepNext/>
        <w:spacing w:before="160"/>
      </w:pPr>
      <w:r>
        <w:rPr>
          <w:b/>
          <w:color w:val="B87A00"/>
        </w:rPr>
        <w:t xml:space="preserve">346.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Dopo un incendio la direzione vuole ripartire subito con la sprinkler ancora fuori servizio.</w:t>
      </w:r>
    </w:p>
    <w:p>
      <w:pPr>
        <w:keepNext/>
        <w:spacing w:after="0"/>
        <w:ind w:left="454"/>
      </w:pPr>
      <w:r>
        <w:t>☐  A) Si sigilla la zona e si lavora lo stesso</w:t>
      </w:r>
    </w:p>
    <w:p>
      <w:pPr>
        <w:keepNext/>
        <w:spacing w:after="0"/>
        <w:ind w:left="454"/>
      </w:pPr>
      <w:r>
        <w:t>☐  B) Proponi misure compensative documentate fino al ripristino</w:t>
      </w:r>
    </w:p>
    <w:p>
      <w:pPr>
        <w:keepNext w:val="0"/>
        <w:spacing w:after="0"/>
        <w:ind w:left="454"/>
      </w:pPr>
      <w:r>
        <w:t>☐  C) Si riparte senza nulla</w:t>
      </w:r>
    </w:p>
    <w:p>
      <w:pPr>
        <w:keepNext/>
        <w:spacing w:before="160"/>
      </w:pPr>
      <w:r>
        <w:rPr>
          <w:b/>
          <w:color w:val="B87A00"/>
        </w:rPr>
        <w:t xml:space="preserve">347. </w:t>
      </w:r>
      <w:r>
        <w:rPr>
          <w:i/>
          <w:color w:val="777777"/>
          <w:sz w:val="17"/>
        </w:rPr>
        <w:t xml:space="preserve">[Scenario] </w:t>
      </w:r>
      <w:r>
        <w:rPr>
          <w:b/>
        </w:rPr>
        <w:t>In un'esercitazione a tavolino nessuno sa chi deve chiudere la valvola della rete fognaria.</w:t>
      </w:r>
    </w:p>
    <w:p>
      <w:pPr>
        <w:keepNext/>
        <w:spacing w:after="0"/>
        <w:ind w:left="454"/>
      </w:pPr>
      <w:r>
        <w:t>☐  A) Si lascia così</w:t>
      </w:r>
    </w:p>
    <w:p>
      <w:pPr>
        <w:keepNext/>
        <w:spacing w:after="0"/>
        <w:ind w:left="454"/>
      </w:pPr>
      <w:r>
        <w:t>☐  B) Si assegna il compito nel piano con titolare e sostituto</w:t>
      </w:r>
    </w:p>
    <w:p>
      <w:pPr>
        <w:keepNext w:val="0"/>
        <w:spacing w:after="0"/>
        <w:ind w:left="454"/>
      </w:pPr>
      <w:r>
        <w:t>☐  C) Si decide il giorno dell'incendio</w:t>
      </w:r>
    </w:p>
    <w:p>
      <w:pPr>
        <w:keepNext/>
        <w:spacing w:before="160"/>
      </w:pPr>
      <w:r>
        <w:rPr>
          <w:b/>
          <w:color w:val="B87A00"/>
        </w:rPr>
        <w:t xml:space="preserve">348. </w:t>
      </w:r>
      <w:r>
        <w:rPr>
          <w:i/>
          <w:color w:val="777777"/>
          <w:sz w:val="17"/>
        </w:rPr>
        <w:t xml:space="preserve">[Metti in ordine] </w:t>
      </w:r>
      <w:r>
        <w:rPr>
          <w:b/>
        </w:rPr>
        <w:t>Analisi post-incendio – metti le fasi nell'ordine corretto</w:t>
      </w:r>
    </w:p>
    <w:p>
      <w:pPr>
        <w:keepNext/>
        <w:spacing w:after="0"/>
        <w:ind w:left="454"/>
      </w:pPr>
      <w:r>
        <w:t>☐  A) Ricostruire la sequenza degli eventi</w:t>
      </w:r>
    </w:p>
    <w:p>
      <w:pPr>
        <w:keepNext/>
        <w:spacing w:after="0"/>
        <w:ind w:left="454"/>
      </w:pPr>
      <w:r>
        <w:t>☐  B) Valutare la risposta all'emergenza</w:t>
      </w:r>
    </w:p>
    <w:p>
      <w:pPr>
        <w:keepNext/>
        <w:spacing w:after="0"/>
        <w:ind w:left="454"/>
      </w:pPr>
      <w:r>
        <w:t>☐  C) Individuare cause immediate, di condizione e organizzative</w:t>
      </w:r>
    </w:p>
    <w:p>
      <w:pPr>
        <w:keepNext/>
        <w:spacing w:after="0"/>
        <w:ind w:left="454"/>
      </w:pPr>
      <w:r>
        <w:t>☐  D) Raccogliere fatti e testimonianze</w:t>
      </w:r>
    </w:p>
    <w:p>
      <w:pPr>
        <w:keepNext w:val="0"/>
        <w:spacing w:after="0"/>
        <w:ind w:left="454"/>
      </w:pPr>
      <w:r>
        <w:t>☐  E) Definire e verificare le azioni correttive</w:t>
      </w:r>
    </w:p>
    <w:p>
      <w:pPr>
        <w:ind w:left="454"/>
      </w:pPr>
      <w:r>
        <w:t>Ordine corretto: ____ – ____ – ____ – ____ – ____</w:t>
      </w:r>
    </w:p>
    <w:p>
      <w:r>
        <w:br w:type="page"/>
      </w:r>
    </w:p>
    <w:p>
      <w:pPr>
        <w:pStyle w:val="Heading1"/>
      </w:pPr>
      <w:r>
        <w:t>Soluzioni e spiegazioni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1474"/>
        <w:gridCol w:w="7483"/>
      </w:tblGrid>
      <w:tr>
        <w:tc>
          <w:tcPr>
            <w:tcW w:type="dxa" w:w="680"/>
            <w:shd w:val="clear" w:color="auto" w:fill="1F2A44"/>
          </w:tcPr>
          <w:p>
            <w:r>
              <w:rPr>
                <w:color w:val="F0A500"/>
                <w:sz w:val="18"/>
              </w:rPr>
            </w:r>
            <w:r>
              <w:rPr>
                <w:b/>
                <w:sz w:val="18"/>
              </w:rPr>
              <w:t>N.</w:t>
            </w:r>
          </w:p>
        </w:tc>
        <w:tc>
          <w:tcPr>
            <w:tcW w:type="dxa" w:w="1474"/>
            <w:shd w:val="clear" w:color="auto" w:fill="1F2A44"/>
          </w:tcPr>
          <w:p>
            <w:r>
              <w:rPr>
                <w:color w:val="F0A500"/>
                <w:sz w:val="18"/>
              </w:rPr>
            </w:r>
            <w:r>
              <w:rPr>
                <w:b/>
                <w:sz w:val="18"/>
              </w:rPr>
              <w:t>Risposta</w:t>
            </w:r>
          </w:p>
        </w:tc>
        <w:tc>
          <w:tcPr>
            <w:tcW w:type="dxa" w:w="7483"/>
            <w:shd w:val="clear" w:color="auto" w:fill="1F2A44"/>
          </w:tcPr>
          <w:p>
            <w:r>
              <w:rPr>
                <w:color w:val="F0A500"/>
                <w:sz w:val="18"/>
              </w:rPr>
            </w:r>
            <w:r>
              <w:rPr>
                <w:b/>
                <w:sz w:val="18"/>
              </w:rPr>
              <w:t>Spiegazione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Art. 18, comma 1, lett. b) del D.Lgs. 81/08.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DM 2/9/2021, Allegato III.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Il DM 2/9/2021 prevede l'aggiornamento almeno quinquennale.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 manca uno dei tre lati l'incendio non nasce o si spegne.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 radicali liberi mantengono la combustione; le polveri la inibiscono.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Si trova nella sezione 9 della scheda di dati di sicurezza.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È più pesante dell'aria e ristagna in pozzetti e scantinati.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Il fumo uccide spesso lontano dalle fiamme.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Si lega all'emoglobina molto più dell'ossigeno.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Avviene per irraggiamento dei gas caldi sotto il soffitto.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Norma UNI EN 2.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Una fiamma spenta con gas ancora in uscita crea una nube esplosiva.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Salvo estintori idrici certificati per uso elettrico.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Abbatte la fiamma rapidamente ma non raffredda le braci.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Non conduce e non lascia residui.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È un valore di confronto tra estintori.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questo il getto va diretto bene fin dall'inizio.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movimento a ventaglio.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non investirsi a vicenda con il getto.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Chi combatte da solo senza allarme fa perdere minuti all'evacuazione.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 cartelli antincendio sono rossi.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porte chiuse rallentano il fumo.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L'informazione è decisiva per i Vigili del Fuoco.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Senza ossigeno il triangolo si rompe.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Più il materiale è suddiviso, più brucia facilmente.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È molto tossico anche a basse concentrazioni.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terminazioni nervose sono danneggiate.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Cartelli antincendio rossi.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E raggiungibile senza attraversare zone pericolose.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Dove non attivo si usa il 115 per i Vigili del Fuoco.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Niente oli o creme.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Limite inferiore 5, superiore 15 circa.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Classi A, B, C, D, F.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Da A1 a F.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La designazione deve essere scritta.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È il principio di prevenzione ed estinzione.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Possono raggiungere un innesco lontano.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L'aria entrante porta la miscela nel campo di infiammabilità.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L'incendio consuma ossigeno.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Gli apparecchi in tensione sono una condizione, non una classe.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Si lavora dal bordo verso l'interno.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Altrimenti è un falso presidio.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Autocombustione.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Vicino al pavimento l'aria è più pulita.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Chiude l'operatore quando ha le informazioni.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D'accordo con i soccorritori.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Riduce la visibilità e trasporta calore.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Si chiudono ma non a chiave.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Allarme, via di fuga alle spalle, estintore adeguato.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L'acqua provoca una proiezione di olio in fiamme.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Eliminare ogni innesco.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Segnali di flashover imminente.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ricerche spettano ai soccorritori con informazioni precise.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D-B-C-A-E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D-E-B-A-C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successive modifiche.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S.7 è rivelazione, S.2 resistenza, S.5 GSA.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80 tipologie, categorie A, B, C.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10 anni per alcune attività.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Tipicamente i lavoratori di un'azienda.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 portante, E tenuta, I isolamento.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Una porta aperta vale quanto un foro nel muro.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Rilascia la porta con l'allarme o la mancanza di corrente.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d1 poche gocce, d2 abbondanti.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il calore chiudono il foro.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valori diversi in casi particolari.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Deve essere breve.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La UNI EN 179 riguarda le maniglie a spinta.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Richiede almeno due persone addestrate.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Portata minore ma uso più semplice.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Si aprono solo le testine raggiunte dal calore.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valvole devono essere aperte e sigillate.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Alle concentrazioni di spegnimento è letale.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La UNI 11224 ne regola la manutenzione.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Riducono i falsi allarmi.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Resettare senza verificare può nascondere un incendio reale.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L'aria fresca entra in basso, il fumo esce in alto.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Decreto Controlli.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Oltre ai luoghi aperti al pubblico con più di 50 persone e alle attività soggette.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DM 2/9/2021.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Integrano le regole generali.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Al Comando provinciale dei Vigili del Fuoco.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Altrimenti le ante non combaciano.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Si chiudono in caso di incendio.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Tempo minimo stabilito dal progetto.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titolare e sostituto.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Esiste anche il pulsante di blocco della scarica.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Usa un fascio infrarosso tra trasmettitore e riflettore.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Non va usata per abitudine.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Gestione delle modifiche.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Sorveglianza, controllo, revisione, collaudo.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La sorveglianza è più frequente.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Quelli a CO2 ogni 60 mesi.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Previsto dal DM 1/9/2021.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Segnaletica di salvataggio.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Reti di idranti e naspi.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DPR 151/2011, attività 74.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mantiene e segnala le alterazioni; la progettazione spetta ai professionisti.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99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Va verificato dopo ogni riorganizzazione.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Si usano sistemi che restano apribili dall'interno.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batterie invecchiano.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Si usano spazi calmi e ascensori dedicati ai soccorsi.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Prima si stende, poi si apre.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La vernice altera la risposta al calore.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Tramite le uscite programmate.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abituano a ignorare l'allarme.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Producono finché sono illuminati.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Controlli periodici e manutenzione spettano ai tecnici qualificati.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109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Ci si ripara e si evacua dopo la scossa.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La vernice ne impedisce l'espansione.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Procedure per tipo di evento.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Come tutti i controlli.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 serve tenerla aperta si installa un fermo elettromagnetico.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Basta un piccolo foro per far passare il fumo.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Una zona in guasto può non essere protetta.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L'uscita deve essere sempre utilizzabile.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persone usano le uscite note: vanno guidate e addestrate.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C-D-A-B-E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119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D-A-B-E-C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DM 2/9/2021, Allegato III.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Non soggetti ai controlli VVF e con caratteristiche limitate.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Cinque condizioni.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questo gli accumuli vanno rimossi.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Aria compressa e scope sollevano nubi.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evitare scintille elettrostatiche.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Richiede grande distanza e i Vigili del Fuoco.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Possono infiammarsi spontaneamente.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La reazione interna continua.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129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Oppure proteggerli con teli ignifughi.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Molti incendi iniziano dopo la fine del lavoro.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Energia per metro quadrato di pavimento.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L'acqua vaporizza e proietta olio in fiamme.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piani di emergenza interni ed esterni.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Secondo l'Allegato III del DM 2/9/2021.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Scenario tipico degli incendi industriali.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Separazione per incompatibilità.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Anche tessuti ignifughi possono bruciare.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Autocombustione.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139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cariche si disperdono senza scintille.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Bulloni o taglio meccanico invece del cannello.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plastiche hanno potere calorifico più alto.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Tutela dell'ambiente.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Disposizione verticale e imballaggi.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Poi dà l'allarme.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Pochi minuti, ma regolari.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Metalli combustibili.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sopralluogo e sorveglianza.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Stabilità e reattività.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149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Misure antincendio.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Non è un documento statico.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Ha punto di infiammabilità oltre 55 °C, ma è pericoloso se nebulizzato o scaldato.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Sono certificati per la resistenza al fuoco.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Il GPL ristagna in basso.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Negli ambienti secchi il rischio aumenta.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Vanno a distanza da pareti e aperture.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L'impianto è progettato per un certo stoccaggio.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Serve un sezionamento dedicato.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Va segnalato e sostituito subito.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159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Finché il presidio non è ripristinato.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Causano incendi nei compattatori.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Dà l'allarme e informa i soccorritori.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Il permesso è sopralluogo e misure reali.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Fuga termica: rischio di fiammata e gas tossici.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Rischio di esplosione secondaria.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Un mozzicone o un atto doloso possono propagare il fuoco all'interno.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C-E-A-D-B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Zona 0 permanente, zona 2 improbabile.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Allegato XLIX D.Lgs. 81/08.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169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Fa parte della valutazione dei rischi.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Categoria 1 per zone 0/20, 2 per 1/21.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Da T1 a T6 la temperatura massima diminuisce.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L'area di sfogo deve restare libera.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questo si protegge.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Espone le armature al calore.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Lo spessore va verificato.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Il fumo non entra neppure aprendo le porte.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segnalare la presenza delle persone.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Spostamento nel compartimento adiacente.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179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Più efficace delle sole sirene.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Scale, cavedi, vani ascensore.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Anche quando all'esterno tutto sembra normale.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Poi si agisce sugli inneschi.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Direttiva 2014/34/UE.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Valvole rapide e barriere.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Bulloni, piastre e appoggi.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Va segnalato.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Chiusure d'ambito.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Aerato o in sovrappressione.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189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Base per dimensionare l'esodo.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Il flusso d'aria allontana il fumo.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Va registrata e compensata.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Perde galleggiabilità.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Direttiva 2014/34/UE.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Evacuatori naturali e forzati.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Allegato LI D.Lgs. 81/08.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Massimo livello di protezione.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Serve un apparecchio certificato per la zona.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Velocità di carbonizzazione nota.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199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Il fumo sale per effetto camino.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È temporaneo: poi si prosegue.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Segnalando la propria presenza.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ripetitore ottico.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Serve aria di afflusso in basso.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Non va fermato in emergenza.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Scendono automaticamente con l'allarme.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Breve, chiaro, ripetuto.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L'effetto camino la riempie.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Ogni apparecchio non certificato è un possibile innesco.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209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Lo spazio calmo è una tappa del soccorso.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Una porta calda indica fuoco dall'altra parte.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L'allarme deve essere percepito ovunque.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Il tubo non srotolato può attorcigliarsi.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Si usano dove c'è rischio di gelo.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Distruggono le schiume normali.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 parte spesso indica una perdita.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sicurezza.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Devono essere visibili e accessibili.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Poi incendio, sostanze, impianti e percorsi.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219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Qualifica per tipologia di presidio.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Controllo in genere semestrale.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Prove funzionali dei rivelatori.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Deve mantenere la visione d'insieme.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il vento alle spalle.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Poi coperta antifiamma e raffreddamento.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Legge 609/1996.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Compartimento adiacente come luogo sicuro temporaneo.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Cosa doveva succedere, cosa è successo, perché, cosa migliorare.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il ripristino rapido.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229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Raffredda e riduce l'irraggiamento.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Impianti a saturazione.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questo esiste la motopompa diesel.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Rischio elettrico.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Spesso coincide con il datore di lavoro.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Manifestazioni temporanee.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DM 1/9/2021.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UNI EN 671-3.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Indicatori di efficacia.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Messaggi brevi e confermati.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239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Alcuni pazienti dipendono dall'ossigeno.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centrale, comunicazioni e documenti.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Soggetti a restrizioni europee.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Pronta all'ingresso.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Progettazione e manutenzione.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Lo decidono i VVF o il responsabile secondo procedura.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Altrimenti il gas si disperde.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Gli impianti di sicurezza hanno alimentazione separata.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Solo personale formato e autorizzato per lavori elettrici.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Cambiano persone, allestimenti e impianti.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249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 danni possono comparire più tardi.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Va garantito in ogni turno.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Mette alla prova l'organizzazione.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Aiuta durante e dopo l'evento.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Esercitazioni congiunte.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La formazione va aggiornata.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Un referente unico e riconoscibile.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Correre alimenta le fiamme.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uscite devono restare libere.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comunicazioni esterne hanno un responsabile.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259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E-A-C-B-D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C-E-B-A-D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DM 2/9/2021.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DM 2/9/2021.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DM 2/9/2021.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Insieme ai DM 1/9 e 3/9/2021.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Poi serve l'aggiornamento.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Si esce e si chiude la porta.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Come indicato in etichetta.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batterie vanno raccolte separatamente.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269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caricabatterie originali.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una fiammata di olio idraulico nebulizzato.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Spesso il più lungo.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questo gli addetti indicano la direzione.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Dopo aver verificato le condizioni.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La vegetazione secca è combustibile pronto.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decisioni vanno coordinate con le autorità.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L'addetto svolge la sorveglianza.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L'imprudenza è l'errore.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Dati veri e consultabili anche senza rete.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279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Luoghi a basso rischio.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Allontanarsi e dare l'allarme.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Nessuna causa da sola.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Spegne e raffredda senza nube di polvere.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Uscite, allarme, addetti, divieti.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Senza un collega il rischio è maggiore.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Oggi limitate.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gas tossici e infiammabili.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In vigore dal 25/9/2022.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Spesso il più lungo.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289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DM 2/9/2021.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Spengono la fiamma ma non raffreddano.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Va isolata e smaltita.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avere supporto se la situazione peggiora.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Più frequenti esitazioni e scelte sbagliate.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verificare la reazione reale.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Anche per ferie e turni.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Ed eventualmente un dispositivo uomo a terra.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È a carico del datore e in orario di lavoro.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Serve sempre il cessato allarme.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299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Numeri e telefoni cambiano.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Rischio di fiammata e fumi tossici.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Anche gli interventi riusciti vanno gestiti e annotati.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L'esempio dell'addetto riduce il pre-movimento.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vie d'esodo devono restare libere da fonti di rischio.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B-C-A-E-D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DPR 151/2011 e decreti attuativi.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Servono apparecchi certificati.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Nube presente in modo continuo.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Allarme, sezionamento e Vigili del Fuoco.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309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Utili termocamere e rivelatori di fiamma.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Poi si allontanano le persone e si chiamano i soccorsi.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Va verificata con prove reali.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persone reagiscono meglio a istruzioni chiare.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Risolvere il motivo organizzativo.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Lo sguardo esterno vede ciò che l'abitudine nasconde.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Liste di controllo e annotazioni aiutano.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Principio di prudenza.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gasolio e batterie controllati.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Gli addetti non pubblicano foto o video.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319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Chi vive la condizione conosce i propri bisogni.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Economica e senza rischi.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DPR 151/2011.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Rischio di propagazione dell'esplosione.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Linee guida VVF.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L'impianto non controlla più l'incendio.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 difetti restano invisibili fino all'emergenza.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Dove le persone di solito non guardano.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Il costo di una chiamata inutile è basso.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Dopo gli accertamenti delle autorità.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329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Battery Energy Storage System.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10 per alcune attività.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i lavoratori isolati.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 comunicazione bidirezionale.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Gli eventi sono informazioni preziose.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Connettori e inverter invecchiano.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È il gas più leggero.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Vanno riaperte e verificate.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Un bancale annulla la compartimentazione.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Lo aumentano temporaneamente.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339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Può indicare che si è smesso di segnalare.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340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Possono servire per le indagini.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341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Per evitare interventi inutili.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342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Vero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Esercizio regolare.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343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Falso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comunicazioni esterne sono gestite da un referente.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344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L'affollamento determina il sistema d'esodo.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345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Emergenze concatenate.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346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Sorveglianza e limitazioni finché gli impianti non sono efficienti.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347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  <w:t>Le domande senza risposta diventano azioni di miglioramento.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348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D-A-C-B-E</w:t>
            </w:r>
          </w:p>
        </w:tc>
        <w:tc>
          <w:tcPr>
            <w:tcW w:type="dxa" w:w="7483"/>
          </w:tcPr>
          <w:p>
            <w:r>
              <w:rPr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6"/>
      </w:rPr>
      <w:t xml:space="preserve">Camardo Formazione · Quiz Corso Antincendio · pag. </w:t>
    </w: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F2A4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